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361AE" w14:textId="77777777" w:rsidR="002D4534" w:rsidRDefault="002D4534">
      <w:pPr>
        <w:pStyle w:val="Heading1"/>
      </w:pPr>
    </w:p>
    <w:p w14:paraId="3253B765" w14:textId="77777777" w:rsidR="00A31F59" w:rsidRDefault="002D4534" w:rsidP="002D4534">
      <w:pPr>
        <w:tabs>
          <w:tab w:val="center" w:pos="7787"/>
          <w:tab w:val="right" w:pos="10321"/>
        </w:tabs>
        <w:spacing w:after="0" w:line="259" w:lineRule="auto"/>
        <w:rPr>
          <w:rFonts w:ascii="Aptos" w:hAnsi="Aptos"/>
          <w:b/>
          <w:bCs/>
          <w:sz w:val="28"/>
          <w:szCs w:val="28"/>
        </w:rPr>
      </w:pPr>
      <w:r w:rsidRPr="002D4534">
        <w:rPr>
          <w:rFonts w:ascii="Aptos" w:hAnsi="Aptos"/>
          <w:b/>
          <w:color w:val="CC9900"/>
          <w:sz w:val="28"/>
          <w:szCs w:val="28"/>
        </w:rPr>
        <w:t>Job Title</w:t>
      </w:r>
      <w:r w:rsidRPr="002D4534">
        <w:rPr>
          <w:rFonts w:ascii="Aptos" w:hAnsi="Aptos"/>
          <w:b/>
          <w:sz w:val="28"/>
          <w:szCs w:val="28"/>
        </w:rPr>
        <w:t>:</w:t>
      </w:r>
      <w:r w:rsidR="008236A8">
        <w:rPr>
          <w:rFonts w:ascii="Aptos" w:hAnsi="Aptos"/>
          <w:b/>
          <w:sz w:val="28"/>
          <w:szCs w:val="28"/>
        </w:rPr>
        <w:t xml:space="preserve">     </w:t>
      </w:r>
      <w:r w:rsidR="00950F42">
        <w:rPr>
          <w:rFonts w:ascii="Aptos" w:hAnsi="Aptos"/>
          <w:b/>
          <w:sz w:val="28"/>
          <w:szCs w:val="28"/>
        </w:rPr>
        <w:t xml:space="preserve">DMWS Health and </w:t>
      </w:r>
      <w:r w:rsidRPr="002D4534">
        <w:rPr>
          <w:rFonts w:ascii="Aptos" w:hAnsi="Aptos"/>
          <w:b/>
          <w:sz w:val="28"/>
          <w:szCs w:val="28"/>
        </w:rPr>
        <w:t>Wel</w:t>
      </w:r>
      <w:r w:rsidR="00274A51">
        <w:rPr>
          <w:rFonts w:ascii="Aptos" w:hAnsi="Aptos"/>
          <w:b/>
          <w:sz w:val="28"/>
          <w:szCs w:val="28"/>
        </w:rPr>
        <w:t>lbeing</w:t>
      </w:r>
      <w:r>
        <w:rPr>
          <w:rFonts w:ascii="Aptos" w:hAnsi="Aptos"/>
          <w:b/>
          <w:bCs/>
          <w:sz w:val="28"/>
          <w:szCs w:val="28"/>
        </w:rPr>
        <w:t xml:space="preserve"> </w:t>
      </w:r>
      <w:r w:rsidRPr="002D4534">
        <w:rPr>
          <w:rFonts w:ascii="Aptos" w:hAnsi="Aptos"/>
          <w:b/>
          <w:bCs/>
          <w:sz w:val="28"/>
          <w:szCs w:val="28"/>
        </w:rPr>
        <w:t xml:space="preserve">Navigator </w:t>
      </w:r>
    </w:p>
    <w:p w14:paraId="029966C9" w14:textId="7E8F07F5" w:rsidR="002D4534" w:rsidRPr="002D4534" w:rsidRDefault="00A31F59" w:rsidP="002D4534">
      <w:pPr>
        <w:tabs>
          <w:tab w:val="center" w:pos="7787"/>
          <w:tab w:val="right" w:pos="10321"/>
        </w:tabs>
        <w:spacing w:after="0" w:line="259" w:lineRule="auto"/>
        <w:rPr>
          <w:rFonts w:ascii="Aptos" w:hAnsi="Aptos"/>
          <w:b/>
          <w:sz w:val="28"/>
          <w:szCs w:val="28"/>
        </w:rPr>
      </w:pPr>
      <w:r>
        <w:rPr>
          <w:rFonts w:ascii="Aptos" w:hAnsi="Aptos"/>
          <w:b/>
          <w:bCs/>
          <w:sz w:val="28"/>
          <w:szCs w:val="28"/>
        </w:rPr>
        <w:t xml:space="preserve">                        </w:t>
      </w:r>
      <w:r w:rsidR="002D4534" w:rsidRPr="002D4534">
        <w:rPr>
          <w:rFonts w:ascii="Aptos" w:hAnsi="Aptos"/>
          <w:b/>
          <w:bCs/>
          <w:sz w:val="28"/>
          <w:szCs w:val="28"/>
        </w:rPr>
        <w:t>(</w:t>
      </w:r>
      <w:r w:rsidR="00A37D5A">
        <w:rPr>
          <w:rFonts w:ascii="Aptos" w:hAnsi="Aptos"/>
          <w:b/>
          <w:bCs/>
          <w:sz w:val="28"/>
          <w:szCs w:val="28"/>
        </w:rPr>
        <w:t>28 hours per week)</w:t>
      </w:r>
    </w:p>
    <w:p w14:paraId="48115A78" w14:textId="77777777" w:rsidR="00A31F59" w:rsidRDefault="002D4534" w:rsidP="008236A8">
      <w:pPr>
        <w:tabs>
          <w:tab w:val="center" w:pos="7787"/>
          <w:tab w:val="right" w:pos="10321"/>
        </w:tabs>
        <w:spacing w:after="0" w:line="259" w:lineRule="auto"/>
        <w:rPr>
          <w:rFonts w:ascii="Aptos" w:hAnsi="Aptos"/>
          <w:b/>
          <w:bCs/>
          <w:sz w:val="28"/>
          <w:szCs w:val="28"/>
        </w:rPr>
      </w:pPr>
      <w:r w:rsidRPr="002D4534">
        <w:rPr>
          <w:rFonts w:ascii="Aptos" w:hAnsi="Aptos" w:cstheme="minorHAnsi"/>
          <w:b/>
          <w:color w:val="BE8F00"/>
          <w:sz w:val="28"/>
          <w:szCs w:val="28"/>
        </w:rPr>
        <w:t>Base:</w:t>
      </w:r>
      <w:r w:rsidR="008236A8">
        <w:rPr>
          <w:rFonts w:ascii="Aptos" w:hAnsi="Aptos" w:cstheme="minorHAnsi"/>
          <w:b/>
          <w:color w:val="BE8F00"/>
          <w:sz w:val="28"/>
          <w:szCs w:val="28"/>
        </w:rPr>
        <w:t xml:space="preserve">            </w:t>
      </w:r>
      <w:r w:rsidRPr="008236A8">
        <w:rPr>
          <w:rFonts w:ascii="Aptos" w:hAnsi="Aptos"/>
          <w:b/>
          <w:bCs/>
          <w:sz w:val="28"/>
          <w:szCs w:val="28"/>
        </w:rPr>
        <w:t xml:space="preserve">Moray (RAF Lossiemouth, Kinloss and Dr Gray’s </w:t>
      </w:r>
      <w:r w:rsidR="00705A36" w:rsidRPr="008236A8">
        <w:rPr>
          <w:rFonts w:ascii="Aptos" w:hAnsi="Aptos"/>
          <w:b/>
          <w:bCs/>
          <w:sz w:val="28"/>
          <w:szCs w:val="28"/>
        </w:rPr>
        <w:t xml:space="preserve">Hospital, </w:t>
      </w:r>
      <w:r w:rsidR="00A31F59">
        <w:rPr>
          <w:rFonts w:ascii="Aptos" w:hAnsi="Aptos"/>
          <w:b/>
          <w:bCs/>
          <w:sz w:val="28"/>
          <w:szCs w:val="28"/>
        </w:rPr>
        <w:t xml:space="preserve">                    </w:t>
      </w:r>
    </w:p>
    <w:p w14:paraId="589F535C" w14:textId="7AB97EC1" w:rsidR="002D4534" w:rsidRPr="005541F4" w:rsidRDefault="00A31F59" w:rsidP="0089460B">
      <w:pPr>
        <w:tabs>
          <w:tab w:val="center" w:pos="7787"/>
          <w:tab w:val="right" w:pos="10321"/>
        </w:tabs>
        <w:spacing w:after="0" w:line="240" w:lineRule="auto"/>
        <w:rPr>
          <w:rFonts w:ascii="Aptos" w:hAnsi="Aptos" w:cstheme="minorHAnsi"/>
          <w:b/>
          <w:color w:val="5F497A" w:themeColor="accent4" w:themeShade="BF"/>
          <w:sz w:val="28"/>
          <w:szCs w:val="28"/>
        </w:rPr>
      </w:pPr>
      <w:r>
        <w:rPr>
          <w:rFonts w:ascii="Aptos" w:hAnsi="Aptos"/>
          <w:b/>
          <w:bCs/>
          <w:sz w:val="28"/>
          <w:szCs w:val="28"/>
        </w:rPr>
        <w:t xml:space="preserve">                        </w:t>
      </w:r>
      <w:r w:rsidR="00705A36">
        <w:rPr>
          <w:rFonts w:ascii="Aptos" w:hAnsi="Aptos"/>
          <w:b/>
          <w:bCs/>
          <w:sz w:val="28"/>
          <w:szCs w:val="28"/>
        </w:rPr>
        <w:t>Elgin</w:t>
      </w:r>
      <w:r w:rsidR="002D4534" w:rsidRPr="008236A8">
        <w:rPr>
          <w:rFonts w:ascii="Aptos" w:hAnsi="Aptos"/>
          <w:b/>
          <w:bCs/>
          <w:sz w:val="28"/>
          <w:szCs w:val="28"/>
        </w:rPr>
        <w:t>)</w:t>
      </w:r>
      <w:r w:rsidR="00F34C11">
        <w:rPr>
          <w:rFonts w:ascii="Aptos" w:hAnsi="Aptos"/>
          <w:b/>
          <w:bCs/>
          <w:sz w:val="28"/>
          <w:szCs w:val="28"/>
        </w:rPr>
        <w:t xml:space="preserve"> </w:t>
      </w:r>
      <w:r w:rsidR="002D4534" w:rsidRPr="002D4534">
        <w:rPr>
          <w:rFonts w:ascii="Aptos" w:hAnsi="Aptos"/>
          <w:sz w:val="28"/>
          <w:szCs w:val="28"/>
        </w:rPr>
        <w:br/>
      </w:r>
      <w:r w:rsidR="002D4534">
        <w:rPr>
          <w:rFonts w:ascii="Aptos" w:hAnsi="Aptos" w:cstheme="minorHAnsi"/>
          <w:b/>
          <w:color w:val="BE8F00"/>
          <w:sz w:val="28"/>
          <w:szCs w:val="28"/>
        </w:rPr>
        <w:t>Salary:</w:t>
      </w:r>
      <w:r w:rsidR="002D4534" w:rsidRPr="002D4534">
        <w:rPr>
          <w:rFonts w:ascii="Aptos" w:hAnsi="Aptos" w:cstheme="minorHAnsi"/>
          <w:b/>
          <w:color w:val="5F497A" w:themeColor="accent4" w:themeShade="BF"/>
          <w:spacing w:val="-2"/>
          <w:sz w:val="28"/>
          <w:szCs w:val="28"/>
        </w:rPr>
        <w:t xml:space="preserve"> </w:t>
      </w:r>
      <w:r w:rsidR="0080690D">
        <w:rPr>
          <w:rFonts w:ascii="Aptos" w:hAnsi="Aptos" w:cstheme="minorHAnsi"/>
          <w:b/>
          <w:color w:val="5F497A" w:themeColor="accent4" w:themeShade="BF"/>
          <w:spacing w:val="-2"/>
          <w:sz w:val="28"/>
          <w:szCs w:val="28"/>
        </w:rPr>
        <w:t xml:space="preserve">  </w:t>
      </w:r>
      <w:r w:rsidR="008236A8">
        <w:rPr>
          <w:rFonts w:ascii="Aptos" w:hAnsi="Aptos" w:cstheme="minorHAnsi"/>
          <w:b/>
          <w:color w:val="5F497A" w:themeColor="accent4" w:themeShade="BF"/>
          <w:spacing w:val="-2"/>
          <w:sz w:val="28"/>
          <w:szCs w:val="28"/>
        </w:rPr>
        <w:t xml:space="preserve">      </w:t>
      </w:r>
      <w:r w:rsidR="002D4534" w:rsidRPr="005541F4">
        <w:rPr>
          <w:rFonts w:ascii="Aptos" w:hAnsi="Aptos"/>
          <w:b/>
          <w:color w:val="5F497A" w:themeColor="accent4" w:themeShade="BF"/>
          <w:sz w:val="28"/>
          <w:szCs w:val="28"/>
        </w:rPr>
        <w:t>£</w:t>
      </w:r>
      <w:r w:rsidR="005541F4" w:rsidRPr="005541F4">
        <w:rPr>
          <w:rFonts w:ascii="Aptos" w:hAnsi="Aptos"/>
          <w:b/>
          <w:bCs/>
          <w:sz w:val="28"/>
          <w:szCs w:val="28"/>
        </w:rPr>
        <w:t>27,520</w:t>
      </w:r>
      <w:r w:rsidR="005541F4" w:rsidRPr="005541F4">
        <w:rPr>
          <w:rFonts w:ascii="Aptos" w:hAnsi="Aptos"/>
          <w:sz w:val="28"/>
          <w:szCs w:val="28"/>
        </w:rPr>
        <w:t xml:space="preserve"> </w:t>
      </w:r>
      <w:r w:rsidR="005541F4">
        <w:rPr>
          <w:rFonts w:ascii="Aptos" w:hAnsi="Aptos"/>
          <w:sz w:val="28"/>
          <w:szCs w:val="28"/>
        </w:rPr>
        <w:t xml:space="preserve">per annum </w:t>
      </w:r>
      <w:r w:rsidR="00705A36">
        <w:rPr>
          <w:rFonts w:ascii="Aptos" w:hAnsi="Aptos"/>
          <w:sz w:val="28"/>
          <w:szCs w:val="28"/>
        </w:rPr>
        <w:t xml:space="preserve">pro rata </w:t>
      </w:r>
      <w:r w:rsidR="005541F4" w:rsidRPr="00705A36">
        <w:rPr>
          <w:rFonts w:ascii="Aptos" w:hAnsi="Aptos"/>
          <w:b/>
          <w:bCs/>
          <w:sz w:val="28"/>
          <w:szCs w:val="28"/>
        </w:rPr>
        <w:t>(£22</w:t>
      </w:r>
      <w:r w:rsidR="005541F4" w:rsidRPr="005541F4">
        <w:rPr>
          <w:rFonts w:ascii="Aptos" w:hAnsi="Aptos"/>
          <w:b/>
          <w:bCs/>
          <w:sz w:val="28"/>
          <w:szCs w:val="28"/>
        </w:rPr>
        <w:t>,016</w:t>
      </w:r>
      <w:r w:rsidR="005541F4">
        <w:rPr>
          <w:rFonts w:ascii="Aptos" w:hAnsi="Aptos"/>
          <w:b/>
          <w:bCs/>
          <w:sz w:val="28"/>
          <w:szCs w:val="28"/>
        </w:rPr>
        <w:t>)</w:t>
      </w:r>
    </w:p>
    <w:p w14:paraId="08610453" w14:textId="77777777" w:rsidR="0089460B" w:rsidRDefault="002D4534" w:rsidP="0089460B">
      <w:pPr>
        <w:spacing w:after="0" w:line="240" w:lineRule="auto"/>
        <w:rPr>
          <w:rFonts w:ascii="Aptos" w:hAnsi="Aptos" w:cstheme="minorHAnsi"/>
          <w:sz w:val="28"/>
          <w:szCs w:val="28"/>
        </w:rPr>
      </w:pPr>
      <w:r>
        <w:rPr>
          <w:rFonts w:ascii="Aptos" w:hAnsi="Aptos" w:cstheme="minorHAnsi"/>
          <w:sz w:val="28"/>
          <w:szCs w:val="28"/>
        </w:rPr>
        <w:t xml:space="preserve"> </w:t>
      </w:r>
    </w:p>
    <w:p w14:paraId="0951C5E5" w14:textId="78EBC7E8" w:rsidR="00E53493" w:rsidRDefault="0080690D" w:rsidP="00E53493">
      <w:pPr>
        <w:rPr>
          <w:rFonts w:ascii="Aptos" w:hAnsi="Aptos"/>
          <w:b/>
          <w:bCs/>
          <w:sz w:val="28"/>
          <w:szCs w:val="28"/>
        </w:rPr>
      </w:pPr>
      <w:r w:rsidRPr="00856874">
        <w:rPr>
          <w:rFonts w:ascii="Aptos" w:hAnsi="Aptos"/>
          <w:b/>
          <w:bCs/>
          <w:sz w:val="28"/>
          <w:szCs w:val="28"/>
        </w:rPr>
        <w:t>THE ROLE</w:t>
      </w:r>
    </w:p>
    <w:p w14:paraId="1711404D" w14:textId="77777777" w:rsidR="00E53493" w:rsidRPr="00E53493" w:rsidRDefault="00E53493" w:rsidP="00E53493">
      <w:pPr>
        <w:pStyle w:val="Default"/>
        <w:spacing w:after="200"/>
        <w:rPr>
          <w:rFonts w:ascii="Aptos" w:hAnsi="Aptos"/>
          <w:sz w:val="28"/>
          <w:szCs w:val="28"/>
        </w:rPr>
      </w:pPr>
      <w:r w:rsidRPr="00E53493">
        <w:rPr>
          <w:rFonts w:ascii="Aptos" w:hAnsi="Aptos"/>
          <w:sz w:val="28"/>
          <w:szCs w:val="28"/>
        </w:rPr>
        <w:t>T</w:t>
      </w:r>
      <w:r w:rsidR="00C741B2" w:rsidRPr="00E53493">
        <w:rPr>
          <w:rFonts w:ascii="Aptos" w:hAnsi="Aptos"/>
          <w:sz w:val="28"/>
          <w:szCs w:val="28"/>
        </w:rPr>
        <w:t>he DMWS Health and Wellbeing Navigator plays a vital role in connecting Armed Forces communities with local health and social care services, helping serving personnel, veterans and their families access the support they need quickly and effectively.</w:t>
      </w:r>
      <w:r w:rsidRPr="00E53493">
        <w:rPr>
          <w:rFonts w:ascii="Aptos" w:hAnsi="Aptos"/>
          <w:sz w:val="28"/>
          <w:szCs w:val="28"/>
        </w:rPr>
        <w:t xml:space="preserve"> </w:t>
      </w:r>
    </w:p>
    <w:p w14:paraId="48D6ABCC" w14:textId="77777777" w:rsidR="00E53493" w:rsidRPr="00E53493" w:rsidRDefault="00C741B2" w:rsidP="00E53493">
      <w:pPr>
        <w:pStyle w:val="Default"/>
        <w:spacing w:after="200"/>
        <w:rPr>
          <w:rFonts w:ascii="Aptos" w:hAnsi="Aptos"/>
          <w:sz w:val="28"/>
          <w:szCs w:val="28"/>
        </w:rPr>
      </w:pPr>
      <w:r w:rsidRPr="00E53493">
        <w:rPr>
          <w:rFonts w:ascii="Aptos" w:hAnsi="Aptos"/>
          <w:sz w:val="28"/>
          <w:szCs w:val="28"/>
        </w:rPr>
        <w:t>The Navigator provides practical guidance, advocacy and coordinated support across NHS Grampian and Moray. Working in partnership with NHS Grampian, Moray Health and Social Care Partnership, RAF Lossiemouth, 39 Engineer Regiment Kinloss and third-sector organisations, the role helps individuals understand and navigate health and social care pathways.</w:t>
      </w:r>
      <w:r w:rsidR="00E53493" w:rsidRPr="00E53493">
        <w:rPr>
          <w:rFonts w:ascii="Aptos" w:hAnsi="Aptos"/>
          <w:sz w:val="28"/>
          <w:szCs w:val="28"/>
        </w:rPr>
        <w:t xml:space="preserve"> </w:t>
      </w:r>
    </w:p>
    <w:p w14:paraId="220C3B72" w14:textId="77777777" w:rsidR="00E53493" w:rsidRPr="00E53493" w:rsidRDefault="00C741B2" w:rsidP="00E53493">
      <w:pPr>
        <w:pStyle w:val="Default"/>
        <w:spacing w:after="200"/>
        <w:rPr>
          <w:rFonts w:ascii="Aptos" w:hAnsi="Aptos"/>
          <w:sz w:val="28"/>
          <w:szCs w:val="28"/>
        </w:rPr>
      </w:pPr>
      <w:r w:rsidRPr="00E53493">
        <w:rPr>
          <w:rFonts w:ascii="Aptos" w:hAnsi="Aptos"/>
          <w:sz w:val="28"/>
          <w:szCs w:val="28"/>
        </w:rPr>
        <w:t>A key responsibility is supporting military families relocating to Moray, ensuring continuity of care by facilitating access to primary care, specialist services and community support. Working closely with healthcare professionals, welfare teams and partner agencies, the Navigator helps reduce barriers to services, coordinate support and improve wellbeing outcomes.</w:t>
      </w:r>
      <w:r w:rsidR="00E53493" w:rsidRPr="00E53493">
        <w:rPr>
          <w:rFonts w:ascii="Aptos" w:hAnsi="Aptos"/>
          <w:sz w:val="28"/>
          <w:szCs w:val="28"/>
        </w:rPr>
        <w:t xml:space="preserve"> </w:t>
      </w:r>
    </w:p>
    <w:p w14:paraId="1F056F94" w14:textId="7082184F" w:rsidR="00B778B8" w:rsidRPr="0089460B" w:rsidRDefault="00C741B2" w:rsidP="0089460B">
      <w:pPr>
        <w:pStyle w:val="Default"/>
        <w:spacing w:after="200"/>
        <w:rPr>
          <w:rFonts w:ascii="Aptos" w:hAnsi="Aptos"/>
          <w:sz w:val="28"/>
          <w:szCs w:val="28"/>
        </w:rPr>
      </w:pPr>
      <w:r w:rsidRPr="00E53493">
        <w:rPr>
          <w:rFonts w:ascii="Aptos" w:hAnsi="Aptos"/>
          <w:sz w:val="28"/>
          <w:szCs w:val="28"/>
        </w:rPr>
        <w:t>The role also promotes the principles of the Armed Forces Covenant, ensuring the unique needs of the Armed Forces community are recognised within health and social care systems. Through advocacy, partnership working and person-centred support, the Navigator helps people access the right care at the right time while strengthening links between military and civilian healthcare services.</w:t>
      </w:r>
    </w:p>
    <w:p w14:paraId="69A0CBA8" w14:textId="7F273ABD" w:rsidR="00B7027D" w:rsidRPr="00B7027D" w:rsidRDefault="00B7027D" w:rsidP="00B7027D">
      <w:pPr>
        <w:pStyle w:val="Heading2"/>
        <w:rPr>
          <w:rFonts w:ascii="Aptos" w:hAnsi="Aptos"/>
          <w:color w:val="1F497D" w:themeColor="text2"/>
          <w:sz w:val="28"/>
          <w:szCs w:val="28"/>
        </w:rPr>
      </w:pPr>
      <w:r>
        <w:rPr>
          <w:rFonts w:ascii="Aptos" w:hAnsi="Aptos"/>
          <w:color w:val="1F497D" w:themeColor="text2"/>
          <w:sz w:val="28"/>
          <w:szCs w:val="28"/>
        </w:rPr>
        <w:lastRenderedPageBreak/>
        <w:t>ABOUT US</w:t>
      </w:r>
    </w:p>
    <w:p w14:paraId="02F0945A" w14:textId="0A20EB46" w:rsidR="00BA6B0A" w:rsidRDefault="00B7027D" w:rsidP="00BA6B0A">
      <w:pPr>
        <w:pStyle w:val="Default"/>
        <w:spacing w:after="200"/>
        <w:rPr>
          <w:rFonts w:ascii="Aptos" w:hAnsi="Aptos"/>
          <w:sz w:val="28"/>
          <w:szCs w:val="28"/>
        </w:rPr>
      </w:pPr>
      <w:r w:rsidRPr="002D4534">
        <w:rPr>
          <w:rFonts w:ascii="Aptos" w:hAnsi="Aptos"/>
          <w:sz w:val="28"/>
          <w:szCs w:val="28"/>
        </w:rPr>
        <w:t xml:space="preserve">DMWS is an international charity that has been providing medical welfare support to the Armed Forces </w:t>
      </w:r>
      <w:r w:rsidR="00F34C11">
        <w:rPr>
          <w:rFonts w:ascii="Aptos" w:hAnsi="Aptos"/>
          <w:sz w:val="28"/>
          <w:szCs w:val="28"/>
        </w:rPr>
        <w:t>c</w:t>
      </w:r>
      <w:r w:rsidRPr="002D4534">
        <w:rPr>
          <w:rFonts w:ascii="Aptos" w:hAnsi="Aptos"/>
          <w:sz w:val="28"/>
          <w:szCs w:val="28"/>
        </w:rPr>
        <w:t xml:space="preserve">ommunity for over eighty years. </w:t>
      </w:r>
    </w:p>
    <w:p w14:paraId="67915DAD" w14:textId="2C591466" w:rsidR="002944AE" w:rsidRDefault="002944AE" w:rsidP="00BA6B0A">
      <w:pPr>
        <w:pStyle w:val="Default"/>
        <w:spacing w:after="200"/>
        <w:rPr>
          <w:rFonts w:ascii="Aptos" w:hAnsi="Aptos"/>
          <w:sz w:val="28"/>
          <w:szCs w:val="28"/>
        </w:rPr>
      </w:pPr>
      <w:r w:rsidRPr="002944AE">
        <w:rPr>
          <w:rFonts w:ascii="Aptos" w:hAnsi="Aptos"/>
          <w:b/>
          <w:bCs/>
          <w:sz w:val="28"/>
          <w:szCs w:val="28"/>
        </w:rPr>
        <w:t>Our Purpose</w:t>
      </w:r>
      <w:r>
        <w:rPr>
          <w:rFonts w:ascii="Aptos" w:hAnsi="Aptos"/>
          <w:sz w:val="28"/>
          <w:szCs w:val="28"/>
        </w:rPr>
        <w:t>: to help people during their most critical time of need</w:t>
      </w:r>
    </w:p>
    <w:p w14:paraId="20737008" w14:textId="3DCA4169" w:rsidR="002944AE" w:rsidRDefault="002944AE" w:rsidP="00BA6B0A">
      <w:pPr>
        <w:pStyle w:val="Default"/>
        <w:spacing w:after="200"/>
        <w:rPr>
          <w:rFonts w:ascii="Aptos" w:hAnsi="Aptos"/>
          <w:sz w:val="28"/>
          <w:szCs w:val="28"/>
        </w:rPr>
      </w:pPr>
      <w:r w:rsidRPr="002944AE">
        <w:rPr>
          <w:rFonts w:ascii="Aptos" w:hAnsi="Aptos"/>
          <w:b/>
          <w:bCs/>
          <w:sz w:val="28"/>
          <w:szCs w:val="28"/>
        </w:rPr>
        <w:t>Our Mission</w:t>
      </w:r>
      <w:r>
        <w:rPr>
          <w:rFonts w:ascii="Aptos" w:hAnsi="Aptos"/>
          <w:sz w:val="28"/>
          <w:szCs w:val="28"/>
        </w:rPr>
        <w:t>: to provide high-quality medical welfare services to those who serve the nation and community when they are on a healthcare pathway.</w:t>
      </w:r>
    </w:p>
    <w:p w14:paraId="2F52087D" w14:textId="144572D1" w:rsidR="00BA6B0A" w:rsidRDefault="00B7027D" w:rsidP="002944AE">
      <w:pPr>
        <w:pStyle w:val="Default"/>
        <w:spacing w:after="200"/>
        <w:rPr>
          <w:rFonts w:ascii="Aptos" w:hAnsi="Aptos"/>
          <w:sz w:val="28"/>
          <w:szCs w:val="28"/>
        </w:rPr>
      </w:pPr>
      <w:r w:rsidRPr="002D4534">
        <w:rPr>
          <w:rFonts w:ascii="Aptos" w:hAnsi="Aptos"/>
          <w:sz w:val="28"/>
          <w:szCs w:val="28"/>
        </w:rPr>
        <w:t xml:space="preserve">We are recruiting a </w:t>
      </w:r>
      <w:r>
        <w:rPr>
          <w:rFonts w:ascii="Aptos" w:hAnsi="Aptos"/>
          <w:sz w:val="28"/>
          <w:szCs w:val="28"/>
        </w:rPr>
        <w:t xml:space="preserve">Health and </w:t>
      </w:r>
      <w:r w:rsidRPr="002D4534">
        <w:rPr>
          <w:rFonts w:ascii="Aptos" w:hAnsi="Aptos"/>
          <w:sz w:val="28"/>
          <w:szCs w:val="28"/>
        </w:rPr>
        <w:t>Wel</w:t>
      </w:r>
      <w:r w:rsidR="00274A51">
        <w:rPr>
          <w:rFonts w:ascii="Aptos" w:hAnsi="Aptos"/>
          <w:sz w:val="28"/>
          <w:szCs w:val="28"/>
        </w:rPr>
        <w:t>lbeing</w:t>
      </w:r>
      <w:r w:rsidRPr="002D4534">
        <w:rPr>
          <w:rFonts w:ascii="Aptos" w:hAnsi="Aptos"/>
          <w:sz w:val="28"/>
          <w:szCs w:val="28"/>
        </w:rPr>
        <w:t xml:space="preserve"> Navigator to join the Apart Not Alone Project in Moray, </w:t>
      </w:r>
      <w:r w:rsidR="00BA6B0A">
        <w:rPr>
          <w:rFonts w:ascii="Aptos" w:hAnsi="Aptos"/>
          <w:sz w:val="28"/>
          <w:szCs w:val="28"/>
        </w:rPr>
        <w:t xml:space="preserve">which aims to </w:t>
      </w:r>
      <w:r w:rsidRPr="002D4534">
        <w:rPr>
          <w:rFonts w:ascii="Aptos" w:hAnsi="Aptos"/>
          <w:sz w:val="28"/>
          <w:szCs w:val="28"/>
        </w:rPr>
        <w:t>support</w:t>
      </w:r>
      <w:r w:rsidR="00BA6B0A">
        <w:rPr>
          <w:rFonts w:ascii="Aptos" w:hAnsi="Aptos"/>
          <w:sz w:val="28"/>
          <w:szCs w:val="28"/>
        </w:rPr>
        <w:t xml:space="preserve"> </w:t>
      </w:r>
      <w:r w:rsidRPr="002D4534">
        <w:rPr>
          <w:rFonts w:ascii="Aptos" w:hAnsi="Aptos"/>
          <w:sz w:val="28"/>
          <w:szCs w:val="28"/>
        </w:rPr>
        <w:t>serving personnel, their families and veterans</w:t>
      </w:r>
      <w:r w:rsidR="00BA6B0A">
        <w:rPr>
          <w:rFonts w:ascii="Aptos" w:hAnsi="Aptos"/>
          <w:sz w:val="28"/>
          <w:szCs w:val="28"/>
        </w:rPr>
        <w:t xml:space="preserve">; and to help mitigate the impact for families who are separated from their serving or reservist family member.   </w:t>
      </w:r>
    </w:p>
    <w:p w14:paraId="15301C9E" w14:textId="7A20D0CE" w:rsidR="00BA6B0A" w:rsidRPr="002D4534" w:rsidRDefault="00BA6B0A" w:rsidP="002944AE">
      <w:pPr>
        <w:spacing w:line="240" w:lineRule="auto"/>
        <w:ind w:right="495"/>
        <w:rPr>
          <w:rFonts w:ascii="Aptos" w:hAnsi="Aptos"/>
          <w:bCs/>
          <w:sz w:val="28"/>
          <w:szCs w:val="28"/>
        </w:rPr>
      </w:pPr>
      <w:r w:rsidRPr="002D4534">
        <w:rPr>
          <w:rFonts w:ascii="Aptos" w:hAnsi="Aptos"/>
          <w:bCs/>
          <w:sz w:val="28"/>
          <w:szCs w:val="28"/>
        </w:rPr>
        <w:t xml:space="preserve">You </w:t>
      </w:r>
      <w:r>
        <w:rPr>
          <w:rFonts w:ascii="Aptos" w:hAnsi="Aptos"/>
          <w:bCs/>
          <w:sz w:val="28"/>
          <w:szCs w:val="28"/>
        </w:rPr>
        <w:t xml:space="preserve">will be part of a wider team of DMWS staff across </w:t>
      </w:r>
      <w:r w:rsidR="002944AE">
        <w:rPr>
          <w:rFonts w:ascii="Aptos" w:hAnsi="Aptos"/>
          <w:bCs/>
          <w:sz w:val="28"/>
          <w:szCs w:val="28"/>
        </w:rPr>
        <w:t xml:space="preserve">Scotland who are </w:t>
      </w:r>
      <w:r w:rsidRPr="002D4534">
        <w:rPr>
          <w:rFonts w:ascii="Aptos" w:hAnsi="Aptos"/>
          <w:bCs/>
          <w:sz w:val="28"/>
          <w:szCs w:val="28"/>
        </w:rPr>
        <w:t xml:space="preserve">responsible for providing a </w:t>
      </w:r>
      <w:r w:rsidR="002944AE" w:rsidRPr="002D4534">
        <w:rPr>
          <w:rFonts w:ascii="Aptos" w:hAnsi="Aptos"/>
          <w:bCs/>
          <w:sz w:val="28"/>
          <w:szCs w:val="28"/>
        </w:rPr>
        <w:t>world-class</w:t>
      </w:r>
      <w:r w:rsidRPr="002D4534">
        <w:rPr>
          <w:rFonts w:ascii="Aptos" w:hAnsi="Aptos"/>
          <w:bCs/>
          <w:sz w:val="28"/>
          <w:szCs w:val="28"/>
        </w:rPr>
        <w:t xml:space="preserve">, responsive medical welfare service by delivering superb practical and emotional support. </w:t>
      </w:r>
    </w:p>
    <w:p w14:paraId="5C016334" w14:textId="413E8CA1" w:rsidR="00B7027D" w:rsidRPr="00BA6B0A" w:rsidRDefault="00BA6B0A" w:rsidP="00B7027D">
      <w:pPr>
        <w:pStyle w:val="Heading2"/>
        <w:rPr>
          <w:rFonts w:ascii="Aptos" w:hAnsi="Aptos"/>
          <w:color w:val="1F497D" w:themeColor="text2"/>
          <w:sz w:val="28"/>
          <w:szCs w:val="28"/>
        </w:rPr>
      </w:pPr>
      <w:r>
        <w:rPr>
          <w:rFonts w:ascii="Aptos" w:hAnsi="Aptos"/>
          <w:color w:val="1F497D" w:themeColor="text2"/>
          <w:sz w:val="28"/>
          <w:szCs w:val="28"/>
        </w:rPr>
        <w:t xml:space="preserve">KEY RESPONSIBILITIES </w:t>
      </w:r>
    </w:p>
    <w:p w14:paraId="3C479C54" w14:textId="6AD3FE1C" w:rsidR="00B7027D" w:rsidRPr="00CC2D22" w:rsidRDefault="00B7027D" w:rsidP="00CC2D22">
      <w:pPr>
        <w:pStyle w:val="ListBullet"/>
        <w:rPr>
          <w:rFonts w:ascii="Aptos" w:hAnsi="Aptos"/>
          <w:sz w:val="28"/>
          <w:szCs w:val="28"/>
        </w:rPr>
      </w:pPr>
      <w:r w:rsidRPr="00CC2D22">
        <w:rPr>
          <w:rFonts w:ascii="Aptos" w:hAnsi="Aptos"/>
          <w:sz w:val="28"/>
          <w:szCs w:val="28"/>
        </w:rPr>
        <w:t xml:space="preserve">Support serving personnel, military families and veterans to navigate NHS Grampian </w:t>
      </w:r>
      <w:r w:rsidR="00AD29DE" w:rsidRPr="00CC2D22">
        <w:rPr>
          <w:rFonts w:ascii="Aptos" w:hAnsi="Aptos"/>
          <w:sz w:val="28"/>
          <w:szCs w:val="28"/>
        </w:rPr>
        <w:t>and M</w:t>
      </w:r>
      <w:r w:rsidR="00CC2D22" w:rsidRPr="00CC2D22">
        <w:rPr>
          <w:rFonts w:ascii="Aptos" w:hAnsi="Aptos"/>
          <w:sz w:val="28"/>
          <w:szCs w:val="28"/>
        </w:rPr>
        <w:t xml:space="preserve">oray </w:t>
      </w:r>
      <w:r w:rsidR="00AD29DE" w:rsidRPr="00CC2D22">
        <w:rPr>
          <w:rFonts w:ascii="Aptos" w:hAnsi="Aptos"/>
          <w:sz w:val="28"/>
          <w:szCs w:val="28"/>
        </w:rPr>
        <w:t>H</w:t>
      </w:r>
      <w:r w:rsidR="00CC2D22" w:rsidRPr="00CC2D22">
        <w:rPr>
          <w:rFonts w:ascii="Aptos" w:hAnsi="Aptos"/>
          <w:sz w:val="28"/>
          <w:szCs w:val="28"/>
        </w:rPr>
        <w:t xml:space="preserve">ealth and Social </w:t>
      </w:r>
      <w:r w:rsidR="00AD29DE" w:rsidRPr="00CC2D22">
        <w:rPr>
          <w:rFonts w:ascii="Aptos" w:hAnsi="Aptos"/>
          <w:sz w:val="28"/>
          <w:szCs w:val="28"/>
        </w:rPr>
        <w:t>C</w:t>
      </w:r>
      <w:r w:rsidR="00CC2D22" w:rsidRPr="00CC2D22">
        <w:rPr>
          <w:rFonts w:ascii="Aptos" w:hAnsi="Aptos"/>
          <w:sz w:val="28"/>
          <w:szCs w:val="28"/>
        </w:rPr>
        <w:t>are</w:t>
      </w:r>
      <w:r w:rsidRPr="00CC2D22">
        <w:rPr>
          <w:rFonts w:ascii="Aptos" w:hAnsi="Aptos"/>
          <w:sz w:val="28"/>
          <w:szCs w:val="28"/>
        </w:rPr>
        <w:t xml:space="preserve"> services</w:t>
      </w:r>
      <w:r w:rsidR="00CC2D22">
        <w:rPr>
          <w:rFonts w:ascii="Aptos" w:hAnsi="Aptos"/>
          <w:sz w:val="28"/>
          <w:szCs w:val="28"/>
        </w:rPr>
        <w:t>,</w:t>
      </w:r>
      <w:r w:rsidR="00CC2D22" w:rsidRPr="00CC2D22">
        <w:rPr>
          <w:rFonts w:ascii="Aptos" w:hAnsi="Aptos"/>
          <w:sz w:val="28"/>
          <w:szCs w:val="28"/>
        </w:rPr>
        <w:t xml:space="preserve"> </w:t>
      </w:r>
      <w:r w:rsidR="00CC2D22">
        <w:rPr>
          <w:rFonts w:ascii="Aptos" w:hAnsi="Aptos"/>
          <w:sz w:val="28"/>
          <w:szCs w:val="28"/>
        </w:rPr>
        <w:t xml:space="preserve">extending to support with any cross boundary medical services provided by NHS Highland. </w:t>
      </w:r>
      <w:r w:rsidR="00CC2D22" w:rsidRPr="00CC2D22">
        <w:rPr>
          <w:rFonts w:ascii="Aptos" w:hAnsi="Aptos"/>
          <w:sz w:val="28"/>
          <w:szCs w:val="28"/>
        </w:rPr>
        <w:t xml:space="preserve"> </w:t>
      </w:r>
    </w:p>
    <w:p w14:paraId="22452593" w14:textId="18109612" w:rsidR="00B7027D" w:rsidRPr="002D4534" w:rsidRDefault="00B7027D" w:rsidP="00B7027D">
      <w:pPr>
        <w:pStyle w:val="ListBullet"/>
        <w:rPr>
          <w:rFonts w:ascii="Aptos" w:hAnsi="Aptos"/>
          <w:sz w:val="28"/>
          <w:szCs w:val="28"/>
        </w:rPr>
      </w:pPr>
      <w:r w:rsidRPr="002D4534">
        <w:rPr>
          <w:rFonts w:ascii="Aptos" w:hAnsi="Aptos"/>
          <w:sz w:val="28"/>
          <w:szCs w:val="28"/>
        </w:rPr>
        <w:t xml:space="preserve">Provide </w:t>
      </w:r>
      <w:r w:rsidR="002944AE">
        <w:rPr>
          <w:rFonts w:ascii="Aptos" w:hAnsi="Aptos"/>
          <w:sz w:val="28"/>
          <w:szCs w:val="28"/>
        </w:rPr>
        <w:t xml:space="preserve">high quality </w:t>
      </w:r>
      <w:r w:rsidRPr="002D4534">
        <w:rPr>
          <w:rFonts w:ascii="Aptos" w:hAnsi="Aptos"/>
          <w:sz w:val="28"/>
          <w:szCs w:val="28"/>
        </w:rPr>
        <w:t>practical and emotional support throughout community, primary and secondary healthcare pathways.</w:t>
      </w:r>
    </w:p>
    <w:p w14:paraId="51BF30D3" w14:textId="52D9D981" w:rsidR="00B7027D" w:rsidRPr="002D4534" w:rsidRDefault="00B7027D" w:rsidP="00B7027D">
      <w:pPr>
        <w:pStyle w:val="ListBullet"/>
        <w:rPr>
          <w:rFonts w:ascii="Aptos" w:hAnsi="Aptos"/>
          <w:sz w:val="28"/>
          <w:szCs w:val="28"/>
        </w:rPr>
      </w:pPr>
      <w:r w:rsidRPr="002D4534">
        <w:rPr>
          <w:rFonts w:ascii="Aptos" w:hAnsi="Aptos"/>
          <w:sz w:val="28"/>
          <w:szCs w:val="28"/>
        </w:rPr>
        <w:t xml:space="preserve">Promote and uphold the Armed Forces Covenant within NHS </w:t>
      </w:r>
      <w:r w:rsidR="00AD29DE">
        <w:rPr>
          <w:rFonts w:ascii="Aptos" w:hAnsi="Aptos"/>
          <w:sz w:val="28"/>
          <w:szCs w:val="28"/>
        </w:rPr>
        <w:t>and M</w:t>
      </w:r>
      <w:r w:rsidR="00CC2D22">
        <w:rPr>
          <w:rFonts w:ascii="Aptos" w:hAnsi="Aptos"/>
          <w:sz w:val="28"/>
          <w:szCs w:val="28"/>
        </w:rPr>
        <w:t xml:space="preserve">oray </w:t>
      </w:r>
      <w:r w:rsidR="00AD29DE">
        <w:rPr>
          <w:rFonts w:ascii="Aptos" w:hAnsi="Aptos"/>
          <w:sz w:val="28"/>
          <w:szCs w:val="28"/>
        </w:rPr>
        <w:t>H</w:t>
      </w:r>
      <w:r w:rsidR="00CC2D22">
        <w:rPr>
          <w:rFonts w:ascii="Aptos" w:hAnsi="Aptos"/>
          <w:sz w:val="28"/>
          <w:szCs w:val="28"/>
        </w:rPr>
        <w:t xml:space="preserve">ealth </w:t>
      </w:r>
      <w:r w:rsidR="00AD29DE">
        <w:rPr>
          <w:rFonts w:ascii="Aptos" w:hAnsi="Aptos"/>
          <w:sz w:val="28"/>
          <w:szCs w:val="28"/>
        </w:rPr>
        <w:t>S</w:t>
      </w:r>
      <w:r w:rsidR="00CC2D22">
        <w:rPr>
          <w:rFonts w:ascii="Aptos" w:hAnsi="Aptos"/>
          <w:sz w:val="28"/>
          <w:szCs w:val="28"/>
        </w:rPr>
        <w:t xml:space="preserve">ocial </w:t>
      </w:r>
      <w:r w:rsidR="00AD29DE">
        <w:rPr>
          <w:rFonts w:ascii="Aptos" w:hAnsi="Aptos"/>
          <w:sz w:val="28"/>
          <w:szCs w:val="28"/>
        </w:rPr>
        <w:t>C</w:t>
      </w:r>
      <w:r w:rsidR="00CC2D22">
        <w:rPr>
          <w:rFonts w:ascii="Aptos" w:hAnsi="Aptos"/>
          <w:sz w:val="28"/>
          <w:szCs w:val="28"/>
        </w:rPr>
        <w:t>are</w:t>
      </w:r>
      <w:r w:rsidR="00AD29DE">
        <w:rPr>
          <w:rFonts w:ascii="Aptos" w:hAnsi="Aptos"/>
          <w:sz w:val="28"/>
          <w:szCs w:val="28"/>
        </w:rPr>
        <w:t xml:space="preserve"> </w:t>
      </w:r>
      <w:r w:rsidRPr="002D4534">
        <w:rPr>
          <w:rFonts w:ascii="Aptos" w:hAnsi="Aptos"/>
          <w:sz w:val="28"/>
          <w:szCs w:val="28"/>
        </w:rPr>
        <w:t>services</w:t>
      </w:r>
      <w:r w:rsidR="002944AE">
        <w:rPr>
          <w:rFonts w:ascii="Aptos" w:hAnsi="Aptos"/>
          <w:sz w:val="28"/>
          <w:szCs w:val="28"/>
        </w:rPr>
        <w:t>, including giving presentations</w:t>
      </w:r>
      <w:r w:rsidRPr="002D4534">
        <w:rPr>
          <w:rFonts w:ascii="Aptos" w:hAnsi="Aptos"/>
          <w:sz w:val="28"/>
          <w:szCs w:val="28"/>
        </w:rPr>
        <w:t>.</w:t>
      </w:r>
    </w:p>
    <w:p w14:paraId="2EC0DFE0" w14:textId="410CA46F" w:rsidR="00B7027D" w:rsidRPr="002D4534" w:rsidRDefault="00B7027D" w:rsidP="00B7027D">
      <w:pPr>
        <w:pStyle w:val="ListBullet"/>
        <w:rPr>
          <w:rFonts w:ascii="Aptos" w:hAnsi="Aptos"/>
          <w:sz w:val="28"/>
          <w:szCs w:val="28"/>
        </w:rPr>
      </w:pPr>
      <w:r w:rsidRPr="002D4534">
        <w:rPr>
          <w:rFonts w:ascii="Aptos" w:hAnsi="Aptos"/>
          <w:sz w:val="28"/>
          <w:szCs w:val="28"/>
        </w:rPr>
        <w:t xml:space="preserve">Develop strong </w:t>
      </w:r>
      <w:r w:rsidR="002944AE">
        <w:rPr>
          <w:rFonts w:ascii="Aptos" w:hAnsi="Aptos"/>
          <w:sz w:val="28"/>
          <w:szCs w:val="28"/>
        </w:rPr>
        <w:t xml:space="preserve">and positive </w:t>
      </w:r>
      <w:r w:rsidRPr="002D4534">
        <w:rPr>
          <w:rFonts w:ascii="Aptos" w:hAnsi="Aptos"/>
          <w:sz w:val="28"/>
          <w:szCs w:val="28"/>
        </w:rPr>
        <w:t>working relationships with NHS Grampian</w:t>
      </w:r>
      <w:r w:rsidR="00AD29DE">
        <w:rPr>
          <w:rFonts w:ascii="Aptos" w:hAnsi="Aptos"/>
          <w:sz w:val="28"/>
          <w:szCs w:val="28"/>
        </w:rPr>
        <w:t xml:space="preserve">, </w:t>
      </w:r>
      <w:r w:rsidR="00CC2D22">
        <w:rPr>
          <w:rFonts w:ascii="Aptos" w:hAnsi="Aptos"/>
          <w:sz w:val="28"/>
          <w:szCs w:val="28"/>
        </w:rPr>
        <w:t xml:space="preserve">Moray Health Social Care </w:t>
      </w:r>
      <w:r w:rsidR="00CC2D22" w:rsidRPr="002D4534">
        <w:rPr>
          <w:rFonts w:ascii="Aptos" w:hAnsi="Aptos"/>
          <w:sz w:val="28"/>
          <w:szCs w:val="28"/>
        </w:rPr>
        <w:t xml:space="preserve">services </w:t>
      </w:r>
      <w:r w:rsidRPr="002D4534">
        <w:rPr>
          <w:rFonts w:ascii="Aptos" w:hAnsi="Aptos"/>
          <w:sz w:val="28"/>
          <w:szCs w:val="28"/>
        </w:rPr>
        <w:t>staff, RAF Lossiemouth, 39 Engineer Regiment Kinloss and local authorities.</w:t>
      </w:r>
    </w:p>
    <w:p w14:paraId="38596A52" w14:textId="556C014C" w:rsidR="00B7027D" w:rsidRPr="002D4534" w:rsidRDefault="00B7027D" w:rsidP="00B7027D">
      <w:pPr>
        <w:pStyle w:val="ListBullet"/>
        <w:rPr>
          <w:rFonts w:ascii="Aptos" w:hAnsi="Aptos"/>
          <w:sz w:val="28"/>
          <w:szCs w:val="28"/>
        </w:rPr>
      </w:pPr>
      <w:r w:rsidRPr="002D4534">
        <w:rPr>
          <w:rFonts w:ascii="Aptos" w:hAnsi="Aptos"/>
          <w:sz w:val="28"/>
          <w:szCs w:val="28"/>
        </w:rPr>
        <w:t xml:space="preserve">Work </w:t>
      </w:r>
      <w:r w:rsidR="002944AE">
        <w:rPr>
          <w:rFonts w:ascii="Aptos" w:hAnsi="Aptos"/>
          <w:sz w:val="28"/>
          <w:szCs w:val="28"/>
        </w:rPr>
        <w:t xml:space="preserve">collegiately </w:t>
      </w:r>
      <w:r w:rsidR="00EA139E">
        <w:rPr>
          <w:rFonts w:ascii="Aptos" w:hAnsi="Aptos"/>
          <w:sz w:val="28"/>
          <w:szCs w:val="28"/>
        </w:rPr>
        <w:t xml:space="preserve">with </w:t>
      </w:r>
      <w:r w:rsidRPr="002D4534">
        <w:rPr>
          <w:rFonts w:ascii="Aptos" w:hAnsi="Aptos"/>
          <w:sz w:val="28"/>
          <w:szCs w:val="28"/>
        </w:rPr>
        <w:t>Unit Welfare Officers and other welfare providers to coordinate support.</w:t>
      </w:r>
    </w:p>
    <w:p w14:paraId="59508C60" w14:textId="77777777" w:rsidR="00B7027D" w:rsidRPr="002D4534" w:rsidRDefault="00B7027D" w:rsidP="00B7027D">
      <w:pPr>
        <w:pStyle w:val="ListBullet"/>
        <w:rPr>
          <w:rFonts w:ascii="Aptos" w:hAnsi="Aptos"/>
          <w:sz w:val="28"/>
          <w:szCs w:val="28"/>
        </w:rPr>
      </w:pPr>
      <w:r w:rsidRPr="002D4534">
        <w:rPr>
          <w:rFonts w:ascii="Aptos" w:hAnsi="Aptos"/>
          <w:sz w:val="28"/>
          <w:szCs w:val="28"/>
        </w:rPr>
        <w:t>Support families posted into Moray to register with GP, dental and other health services and access specialist care.</w:t>
      </w:r>
    </w:p>
    <w:p w14:paraId="02262EBF" w14:textId="77777777" w:rsidR="00B7027D" w:rsidRPr="002D4534" w:rsidRDefault="00B7027D" w:rsidP="00B7027D">
      <w:pPr>
        <w:pStyle w:val="ListBullet"/>
        <w:rPr>
          <w:rFonts w:ascii="Aptos" w:hAnsi="Aptos"/>
          <w:sz w:val="28"/>
          <w:szCs w:val="28"/>
        </w:rPr>
      </w:pPr>
      <w:r w:rsidRPr="002D4534">
        <w:rPr>
          <w:rFonts w:ascii="Aptos" w:hAnsi="Aptos"/>
          <w:sz w:val="28"/>
          <w:szCs w:val="28"/>
        </w:rPr>
        <w:lastRenderedPageBreak/>
        <w:t>Provide bedside, community, home and remote welfare support where appropriate.</w:t>
      </w:r>
    </w:p>
    <w:p w14:paraId="387C50B0" w14:textId="77777777" w:rsidR="00AD29DE" w:rsidRDefault="00B7027D" w:rsidP="00B7027D">
      <w:pPr>
        <w:pStyle w:val="ListBullet"/>
        <w:rPr>
          <w:rFonts w:ascii="Aptos" w:hAnsi="Aptos"/>
          <w:sz w:val="28"/>
          <w:szCs w:val="28"/>
        </w:rPr>
      </w:pPr>
      <w:r w:rsidRPr="00AD29DE">
        <w:rPr>
          <w:rFonts w:ascii="Aptos" w:hAnsi="Aptos"/>
          <w:sz w:val="28"/>
          <w:szCs w:val="28"/>
        </w:rPr>
        <w:t>Identify safeguarding concerns and follow organisational procedures.</w:t>
      </w:r>
    </w:p>
    <w:p w14:paraId="4E63AB6A" w14:textId="7CF4054D" w:rsidR="00B7027D" w:rsidRPr="00AD29DE" w:rsidRDefault="00B7027D" w:rsidP="00B7027D">
      <w:pPr>
        <w:pStyle w:val="ListBullet"/>
        <w:rPr>
          <w:rFonts w:ascii="Aptos" w:hAnsi="Aptos"/>
          <w:sz w:val="28"/>
          <w:szCs w:val="28"/>
        </w:rPr>
      </w:pPr>
      <w:r w:rsidRPr="00AD29DE">
        <w:rPr>
          <w:rFonts w:ascii="Aptos" w:hAnsi="Aptos"/>
          <w:sz w:val="28"/>
          <w:szCs w:val="28"/>
        </w:rPr>
        <w:t xml:space="preserve">Maintain accurate </w:t>
      </w:r>
      <w:r w:rsidR="00EA139E" w:rsidRPr="00AD29DE">
        <w:rPr>
          <w:rFonts w:ascii="Aptos" w:hAnsi="Aptos"/>
          <w:sz w:val="28"/>
          <w:szCs w:val="28"/>
        </w:rPr>
        <w:t xml:space="preserve">and timely </w:t>
      </w:r>
      <w:r w:rsidRPr="00AD29DE">
        <w:rPr>
          <w:rFonts w:ascii="Aptos" w:hAnsi="Aptos"/>
          <w:sz w:val="28"/>
          <w:szCs w:val="28"/>
        </w:rPr>
        <w:t>records and outcome data</w:t>
      </w:r>
      <w:r w:rsidR="00EA139E" w:rsidRPr="00AD29DE">
        <w:rPr>
          <w:rFonts w:ascii="Aptos" w:hAnsi="Aptos"/>
          <w:sz w:val="28"/>
          <w:szCs w:val="28"/>
        </w:rPr>
        <w:t xml:space="preserve">; recognising the need for information that demonstrates the impact of the service provided.  </w:t>
      </w:r>
    </w:p>
    <w:p w14:paraId="60B3E1CA" w14:textId="77777777" w:rsidR="00B7027D" w:rsidRPr="002944AE" w:rsidRDefault="00B7027D" w:rsidP="00B7027D">
      <w:pPr>
        <w:pStyle w:val="ListBullet"/>
        <w:rPr>
          <w:rFonts w:ascii="Aptos" w:hAnsi="Aptos"/>
          <w:sz w:val="28"/>
          <w:szCs w:val="28"/>
        </w:rPr>
      </w:pPr>
      <w:r w:rsidRPr="002944AE">
        <w:rPr>
          <w:rFonts w:ascii="Aptos" w:hAnsi="Aptos"/>
          <w:sz w:val="28"/>
          <w:szCs w:val="28"/>
        </w:rPr>
        <w:t>Represent DMWS at partnership meetings and engagement events.</w:t>
      </w:r>
    </w:p>
    <w:p w14:paraId="4F0EE47A" w14:textId="66EEB1FE" w:rsidR="002944AE" w:rsidRPr="002944AE" w:rsidRDefault="002944AE" w:rsidP="002944AE">
      <w:pPr>
        <w:pStyle w:val="ListBullet"/>
        <w:rPr>
          <w:rFonts w:ascii="Aptos" w:hAnsi="Aptos"/>
          <w:sz w:val="28"/>
          <w:szCs w:val="28"/>
        </w:rPr>
      </w:pPr>
      <w:r w:rsidRPr="002944AE">
        <w:rPr>
          <w:rFonts w:ascii="Aptos" w:hAnsi="Aptos"/>
          <w:sz w:val="28"/>
          <w:szCs w:val="28"/>
        </w:rPr>
        <w:t>Work collaboratively and cohesively as part of the wider DMWS Scotland team.</w:t>
      </w:r>
    </w:p>
    <w:p w14:paraId="3831133C" w14:textId="77777777" w:rsidR="00EA139E" w:rsidRPr="00EA139E" w:rsidRDefault="00EA139E" w:rsidP="00EA139E">
      <w:pPr>
        <w:pStyle w:val="ListBullet"/>
        <w:rPr>
          <w:rFonts w:ascii="Aptos" w:hAnsi="Aptos"/>
          <w:sz w:val="28"/>
          <w:szCs w:val="28"/>
        </w:rPr>
      </w:pPr>
      <w:r w:rsidRPr="00EA139E">
        <w:rPr>
          <w:rFonts w:ascii="Aptos" w:hAnsi="Aptos"/>
          <w:sz w:val="28"/>
          <w:szCs w:val="28"/>
        </w:rPr>
        <w:t xml:space="preserve">Actively contribute to a culture of innovation, resourcefulness, and best practice to make the best use of your time and others. </w:t>
      </w:r>
    </w:p>
    <w:p w14:paraId="4DBBC082" w14:textId="77777777" w:rsidR="00EA139E" w:rsidRPr="00EA139E" w:rsidRDefault="00EA139E" w:rsidP="00EA139E">
      <w:pPr>
        <w:pStyle w:val="ListBullet"/>
        <w:rPr>
          <w:rFonts w:ascii="Aptos" w:hAnsi="Aptos"/>
          <w:sz w:val="28"/>
          <w:szCs w:val="28"/>
        </w:rPr>
      </w:pPr>
      <w:r w:rsidRPr="00EA139E">
        <w:rPr>
          <w:rFonts w:ascii="Aptos" w:hAnsi="Aptos"/>
          <w:sz w:val="28"/>
          <w:szCs w:val="28"/>
        </w:rPr>
        <w:t xml:space="preserve">Treat everyone with dignity and respect, always abiding by our Diversity &amp; Inclusion Policy and challenging any unfair practices or behaviours. </w:t>
      </w:r>
    </w:p>
    <w:p w14:paraId="6FE9EBE1" w14:textId="05A17B6C" w:rsidR="00B7027D" w:rsidRPr="00EA139E" w:rsidRDefault="00EA139E" w:rsidP="00B7027D">
      <w:pPr>
        <w:pStyle w:val="Heading2"/>
        <w:rPr>
          <w:rFonts w:ascii="Aptos" w:hAnsi="Aptos"/>
          <w:color w:val="1F497D" w:themeColor="text2"/>
          <w:sz w:val="28"/>
          <w:szCs w:val="28"/>
        </w:rPr>
      </w:pPr>
      <w:r w:rsidRPr="00EA139E">
        <w:rPr>
          <w:rFonts w:ascii="Aptos" w:hAnsi="Aptos"/>
          <w:color w:val="1F497D" w:themeColor="text2"/>
          <w:sz w:val="28"/>
          <w:szCs w:val="28"/>
        </w:rPr>
        <w:t>YOU WILL HAVE</w:t>
      </w:r>
    </w:p>
    <w:p w14:paraId="65DA5076" w14:textId="77777777" w:rsidR="004E4356" w:rsidRDefault="00EA139E" w:rsidP="004E4356">
      <w:pPr>
        <w:pStyle w:val="ListBullet"/>
        <w:rPr>
          <w:rFonts w:ascii="Aptos" w:hAnsi="Aptos"/>
          <w:sz w:val="28"/>
          <w:szCs w:val="28"/>
        </w:rPr>
      </w:pPr>
      <w:r>
        <w:rPr>
          <w:rFonts w:ascii="Aptos" w:hAnsi="Aptos"/>
          <w:sz w:val="28"/>
          <w:szCs w:val="28"/>
        </w:rPr>
        <w:t>A deep u</w:t>
      </w:r>
      <w:r w:rsidRPr="002D4534">
        <w:rPr>
          <w:rFonts w:ascii="Aptos" w:hAnsi="Aptos"/>
          <w:sz w:val="28"/>
          <w:szCs w:val="28"/>
        </w:rPr>
        <w:t>nderstanding of the Armed Forces Community and the challenges associated with military mobility.</w:t>
      </w:r>
    </w:p>
    <w:p w14:paraId="4F0BFDDA" w14:textId="77777777" w:rsidR="00B7027D" w:rsidRPr="002D4534" w:rsidRDefault="00B7027D" w:rsidP="00B7027D">
      <w:pPr>
        <w:pStyle w:val="ListBullet"/>
        <w:rPr>
          <w:rFonts w:ascii="Aptos" w:hAnsi="Aptos"/>
          <w:sz w:val="28"/>
          <w:szCs w:val="28"/>
        </w:rPr>
      </w:pPr>
      <w:r w:rsidRPr="002D4534">
        <w:rPr>
          <w:rFonts w:ascii="Aptos" w:hAnsi="Aptos"/>
          <w:sz w:val="28"/>
          <w:szCs w:val="28"/>
        </w:rPr>
        <w:t>Experience in health, social care, welfare or Armed Forces support.</w:t>
      </w:r>
    </w:p>
    <w:p w14:paraId="6915261D" w14:textId="77777777" w:rsidR="00B7027D" w:rsidRDefault="00B7027D" w:rsidP="00B7027D">
      <w:pPr>
        <w:pStyle w:val="ListBullet"/>
        <w:rPr>
          <w:rFonts w:ascii="Aptos" w:hAnsi="Aptos"/>
          <w:sz w:val="28"/>
          <w:szCs w:val="28"/>
        </w:rPr>
      </w:pPr>
      <w:r w:rsidRPr="002D4534">
        <w:rPr>
          <w:rFonts w:ascii="Aptos" w:hAnsi="Aptos"/>
          <w:sz w:val="28"/>
          <w:szCs w:val="28"/>
        </w:rPr>
        <w:t>Knowledge of the Armed Forces Covenant and healthcare pathways is desirable.</w:t>
      </w:r>
    </w:p>
    <w:p w14:paraId="3281E8EB" w14:textId="0FC1DE1B" w:rsidR="00AD29DE" w:rsidRPr="002D4534" w:rsidRDefault="00AD29DE" w:rsidP="00B7027D">
      <w:pPr>
        <w:pStyle w:val="ListBullet"/>
        <w:rPr>
          <w:rFonts w:ascii="Aptos" w:hAnsi="Aptos"/>
          <w:sz w:val="28"/>
          <w:szCs w:val="28"/>
        </w:rPr>
      </w:pPr>
      <w:r>
        <w:rPr>
          <w:rFonts w:ascii="Aptos" w:hAnsi="Aptos"/>
          <w:sz w:val="28"/>
          <w:szCs w:val="28"/>
        </w:rPr>
        <w:t xml:space="preserve">Knowledge of NHS information systems, </w:t>
      </w:r>
      <w:r w:rsidR="00CC2D22">
        <w:rPr>
          <w:rFonts w:ascii="Aptos" w:hAnsi="Aptos"/>
          <w:sz w:val="28"/>
          <w:szCs w:val="28"/>
        </w:rPr>
        <w:t>i.e.</w:t>
      </w:r>
      <w:r>
        <w:rPr>
          <w:rFonts w:ascii="Aptos" w:hAnsi="Aptos"/>
          <w:sz w:val="28"/>
          <w:szCs w:val="28"/>
        </w:rPr>
        <w:t xml:space="preserve"> ALISS and NHS Inform</w:t>
      </w:r>
    </w:p>
    <w:p w14:paraId="4F7DD475" w14:textId="77777777" w:rsidR="00EA139E" w:rsidRPr="00EA139E" w:rsidRDefault="00EA139E" w:rsidP="00EA139E">
      <w:pPr>
        <w:pStyle w:val="ListBullet"/>
        <w:rPr>
          <w:rFonts w:ascii="Aptos" w:hAnsi="Aptos"/>
          <w:sz w:val="28"/>
          <w:szCs w:val="28"/>
        </w:rPr>
      </w:pPr>
      <w:r w:rsidRPr="00EA139E">
        <w:rPr>
          <w:rFonts w:ascii="Aptos" w:hAnsi="Aptos"/>
          <w:sz w:val="28"/>
          <w:szCs w:val="28"/>
        </w:rPr>
        <w:t xml:space="preserve">Unfaltering professionalism and a passion for supporting others in times of need </w:t>
      </w:r>
    </w:p>
    <w:p w14:paraId="3C137241" w14:textId="77777777" w:rsidR="004E4356" w:rsidRPr="004E4356" w:rsidRDefault="004E4356" w:rsidP="004E4356">
      <w:pPr>
        <w:pStyle w:val="ListBullet"/>
        <w:rPr>
          <w:rFonts w:ascii="Aptos" w:hAnsi="Aptos"/>
          <w:sz w:val="28"/>
          <w:szCs w:val="28"/>
        </w:rPr>
      </w:pPr>
      <w:r w:rsidRPr="004E4356">
        <w:rPr>
          <w:rFonts w:ascii="Aptos" w:hAnsi="Aptos"/>
          <w:sz w:val="28"/>
          <w:szCs w:val="28"/>
        </w:rPr>
        <w:t xml:space="preserve">Honesty and integrity </w:t>
      </w:r>
    </w:p>
    <w:p w14:paraId="511306EC" w14:textId="77777777" w:rsidR="004E4356" w:rsidRPr="004E4356" w:rsidRDefault="004E4356" w:rsidP="004E4356">
      <w:pPr>
        <w:pStyle w:val="ListBullet"/>
        <w:rPr>
          <w:rFonts w:ascii="Aptos" w:hAnsi="Aptos"/>
          <w:sz w:val="28"/>
          <w:szCs w:val="28"/>
        </w:rPr>
      </w:pPr>
      <w:r w:rsidRPr="004E4356">
        <w:rPr>
          <w:rFonts w:ascii="Aptos" w:hAnsi="Aptos"/>
          <w:sz w:val="28"/>
          <w:szCs w:val="28"/>
        </w:rPr>
        <w:t xml:space="preserve">Good judgement and problem-solving skills  </w:t>
      </w:r>
    </w:p>
    <w:p w14:paraId="1702825D" w14:textId="77777777" w:rsidR="00EA139E" w:rsidRPr="00EA139E" w:rsidRDefault="00EA139E" w:rsidP="00EA139E">
      <w:pPr>
        <w:pStyle w:val="ListBullet"/>
        <w:rPr>
          <w:rFonts w:ascii="Aptos" w:hAnsi="Aptos"/>
          <w:sz w:val="28"/>
          <w:szCs w:val="28"/>
        </w:rPr>
      </w:pPr>
      <w:r w:rsidRPr="00EA139E">
        <w:rPr>
          <w:rFonts w:ascii="Aptos" w:hAnsi="Aptos"/>
          <w:sz w:val="28"/>
          <w:szCs w:val="28"/>
        </w:rPr>
        <w:t xml:space="preserve">Motivation and drive: a proactive self-starter who can work </w:t>
      </w:r>
      <w:r>
        <w:rPr>
          <w:rFonts w:ascii="Aptos" w:hAnsi="Aptos"/>
          <w:sz w:val="28"/>
          <w:szCs w:val="28"/>
        </w:rPr>
        <w:t>i</w:t>
      </w:r>
      <w:r w:rsidRPr="00EA139E">
        <w:rPr>
          <w:rFonts w:ascii="Aptos" w:hAnsi="Aptos"/>
          <w:sz w:val="28"/>
          <w:szCs w:val="28"/>
        </w:rPr>
        <w:t>ndependently and as part of a team</w:t>
      </w:r>
      <w:r>
        <w:rPr>
          <w:rFonts w:ascii="Aptos" w:hAnsi="Aptos"/>
          <w:sz w:val="28"/>
          <w:szCs w:val="28"/>
        </w:rPr>
        <w:t>.</w:t>
      </w:r>
      <w:r w:rsidRPr="00EA139E">
        <w:rPr>
          <w:rFonts w:ascii="Aptos" w:hAnsi="Aptos"/>
          <w:sz w:val="28"/>
          <w:szCs w:val="28"/>
        </w:rPr>
        <w:t xml:space="preserve"> </w:t>
      </w:r>
    </w:p>
    <w:p w14:paraId="27EAE6DE" w14:textId="77777777" w:rsidR="004E4356" w:rsidRPr="004E4356" w:rsidRDefault="004E4356" w:rsidP="004E4356">
      <w:pPr>
        <w:pStyle w:val="ListBullet"/>
        <w:rPr>
          <w:rFonts w:ascii="Aptos" w:hAnsi="Aptos"/>
          <w:sz w:val="28"/>
          <w:szCs w:val="28"/>
        </w:rPr>
      </w:pPr>
      <w:r w:rsidRPr="004E4356">
        <w:rPr>
          <w:rFonts w:ascii="Aptos" w:hAnsi="Aptos"/>
          <w:sz w:val="28"/>
          <w:szCs w:val="28"/>
        </w:rPr>
        <w:t xml:space="preserve">Excellent communication and networking skills, including the </w:t>
      </w:r>
      <w:r>
        <w:rPr>
          <w:rFonts w:ascii="Aptos" w:hAnsi="Aptos"/>
          <w:sz w:val="28"/>
          <w:szCs w:val="28"/>
        </w:rPr>
        <w:t>a</w:t>
      </w:r>
      <w:r w:rsidRPr="004E4356">
        <w:rPr>
          <w:rFonts w:ascii="Aptos" w:hAnsi="Aptos"/>
          <w:sz w:val="28"/>
          <w:szCs w:val="28"/>
        </w:rPr>
        <w:t xml:space="preserve">bility to deliver interesting and impactful presentations </w:t>
      </w:r>
    </w:p>
    <w:p w14:paraId="7812E1AA" w14:textId="77777777" w:rsidR="00B7027D" w:rsidRPr="002D4534" w:rsidRDefault="00B7027D" w:rsidP="00B7027D">
      <w:pPr>
        <w:pStyle w:val="ListBullet"/>
        <w:rPr>
          <w:rFonts w:ascii="Aptos" w:hAnsi="Aptos"/>
          <w:sz w:val="28"/>
          <w:szCs w:val="28"/>
        </w:rPr>
      </w:pPr>
      <w:r w:rsidRPr="002D4534">
        <w:rPr>
          <w:rFonts w:ascii="Aptos" w:hAnsi="Aptos"/>
          <w:sz w:val="28"/>
          <w:szCs w:val="28"/>
        </w:rPr>
        <w:t>Excellent IT and record-keeping skills.</w:t>
      </w:r>
    </w:p>
    <w:p w14:paraId="2BE42735" w14:textId="77777777" w:rsidR="004E4356" w:rsidRDefault="00B7027D" w:rsidP="004E4356">
      <w:pPr>
        <w:pStyle w:val="ListBullet"/>
        <w:rPr>
          <w:rFonts w:ascii="Aptos" w:hAnsi="Aptos"/>
          <w:sz w:val="28"/>
          <w:szCs w:val="28"/>
        </w:rPr>
      </w:pPr>
      <w:r w:rsidRPr="002D4534">
        <w:rPr>
          <w:rFonts w:ascii="Aptos" w:hAnsi="Aptos"/>
          <w:sz w:val="28"/>
          <w:szCs w:val="28"/>
        </w:rPr>
        <w:lastRenderedPageBreak/>
        <w:t>Current UK driving licence and access to a vehicle</w:t>
      </w:r>
    </w:p>
    <w:p w14:paraId="6264887E" w14:textId="2802C855" w:rsidR="004E4356" w:rsidRDefault="004E4356" w:rsidP="004E4356">
      <w:pPr>
        <w:pStyle w:val="ListBullet"/>
        <w:rPr>
          <w:rFonts w:ascii="Aptos" w:hAnsi="Aptos"/>
          <w:sz w:val="28"/>
          <w:szCs w:val="28"/>
        </w:rPr>
      </w:pPr>
      <w:r>
        <w:rPr>
          <w:rFonts w:ascii="Aptos" w:hAnsi="Aptos"/>
          <w:sz w:val="28"/>
          <w:szCs w:val="28"/>
        </w:rPr>
        <w:t xml:space="preserve">A </w:t>
      </w:r>
      <w:r w:rsidRPr="004E4356">
        <w:rPr>
          <w:rFonts w:ascii="Aptos" w:hAnsi="Aptos"/>
          <w:sz w:val="28"/>
          <w:szCs w:val="28"/>
        </w:rPr>
        <w:t xml:space="preserve">willingness to </w:t>
      </w:r>
      <w:r>
        <w:rPr>
          <w:rFonts w:ascii="Aptos" w:hAnsi="Aptos"/>
          <w:sz w:val="28"/>
          <w:szCs w:val="28"/>
        </w:rPr>
        <w:t>be mobile throughout the region and to periodically attend meetings elsewhere in Scotland.</w:t>
      </w:r>
    </w:p>
    <w:p w14:paraId="03B10403" w14:textId="4CAA92C8" w:rsidR="004E4356" w:rsidRDefault="004E4356" w:rsidP="004E4356">
      <w:pPr>
        <w:pStyle w:val="ListBullet"/>
        <w:rPr>
          <w:rFonts w:ascii="Aptos" w:hAnsi="Aptos"/>
          <w:sz w:val="28"/>
          <w:szCs w:val="28"/>
        </w:rPr>
      </w:pPr>
      <w:r>
        <w:rPr>
          <w:rFonts w:ascii="Aptos" w:hAnsi="Aptos"/>
          <w:sz w:val="28"/>
          <w:szCs w:val="28"/>
        </w:rPr>
        <w:t xml:space="preserve">Note that </w:t>
      </w:r>
      <w:r w:rsidRPr="004E4356">
        <w:rPr>
          <w:rFonts w:ascii="Aptos" w:hAnsi="Aptos"/>
          <w:sz w:val="28"/>
          <w:szCs w:val="28"/>
        </w:rPr>
        <w:t>DMWS prides itself on being an organisation which has been deployed to provide welfare support to the British Armed Forces in times of need, and we always retain this as an operational possibility</w:t>
      </w:r>
      <w:r w:rsidRPr="004E4356">
        <w:rPr>
          <w:rFonts w:ascii="Aptos" w:hAnsi="Aptos"/>
          <w:i/>
          <w:sz w:val="28"/>
          <w:szCs w:val="28"/>
        </w:rPr>
        <w:t xml:space="preserve">.  </w:t>
      </w:r>
    </w:p>
    <w:p w14:paraId="469F59A9" w14:textId="2A3D108F" w:rsidR="002D4534" w:rsidRPr="004E4356" w:rsidRDefault="002D4534" w:rsidP="004E4356">
      <w:pPr>
        <w:pStyle w:val="ListBullet"/>
        <w:rPr>
          <w:rFonts w:ascii="Aptos" w:hAnsi="Aptos"/>
          <w:sz w:val="28"/>
          <w:szCs w:val="28"/>
        </w:rPr>
      </w:pPr>
      <w:r w:rsidRPr="004E4356">
        <w:rPr>
          <w:rFonts w:ascii="Aptos" w:hAnsi="Aptos"/>
          <w:sz w:val="28"/>
          <w:szCs w:val="28"/>
        </w:rPr>
        <w:t xml:space="preserve">To work in accordance with and promote our values which are:- </w:t>
      </w:r>
    </w:p>
    <w:p w14:paraId="22E6D8CA" w14:textId="77777777" w:rsidR="002D4534" w:rsidRPr="002D4534" w:rsidRDefault="002D4534" w:rsidP="002D4534">
      <w:pPr>
        <w:numPr>
          <w:ilvl w:val="1"/>
          <w:numId w:val="10"/>
        </w:numPr>
        <w:spacing w:after="0" w:line="240" w:lineRule="auto"/>
        <w:ind w:left="709" w:right="-41" w:hanging="709"/>
        <w:jc w:val="both"/>
        <w:rPr>
          <w:rFonts w:ascii="Aptos" w:hAnsi="Aptos"/>
          <w:sz w:val="28"/>
          <w:szCs w:val="28"/>
        </w:rPr>
      </w:pPr>
      <w:r w:rsidRPr="002D4534">
        <w:rPr>
          <w:rFonts w:ascii="Aptos" w:hAnsi="Aptos"/>
          <w:b/>
          <w:color w:val="BE8F00"/>
          <w:sz w:val="28"/>
          <w:szCs w:val="28"/>
        </w:rPr>
        <w:t xml:space="preserve">Commitment - </w:t>
      </w:r>
      <w:r w:rsidRPr="002D4534">
        <w:rPr>
          <w:rFonts w:ascii="Aptos" w:hAnsi="Aptos"/>
          <w:color w:val="242424"/>
          <w:sz w:val="28"/>
          <w:szCs w:val="28"/>
        </w:rPr>
        <w:t>We are passionately committed in heart and mind to the people we support, delivering our service whenever and wherever they happen to be.</w:t>
      </w:r>
      <w:r w:rsidRPr="002D4534">
        <w:rPr>
          <w:rFonts w:ascii="Aptos" w:hAnsi="Aptos"/>
          <w:sz w:val="28"/>
          <w:szCs w:val="28"/>
        </w:rPr>
        <w:t xml:space="preserve"> </w:t>
      </w:r>
    </w:p>
    <w:p w14:paraId="0D1775E2" w14:textId="77777777" w:rsidR="002D4534" w:rsidRPr="002D4534" w:rsidRDefault="002D4534" w:rsidP="004E4356">
      <w:pPr>
        <w:spacing w:after="0" w:line="240" w:lineRule="auto"/>
        <w:ind w:left="709" w:right="-41" w:hanging="709"/>
        <w:jc w:val="both"/>
        <w:rPr>
          <w:rFonts w:ascii="Aptos" w:hAnsi="Aptos"/>
          <w:sz w:val="28"/>
          <w:szCs w:val="28"/>
        </w:rPr>
      </w:pPr>
      <w:r w:rsidRPr="002D4534">
        <w:rPr>
          <w:rFonts w:ascii="Aptos" w:eastAsia="Courier New" w:hAnsi="Aptos" w:cs="Courier New"/>
          <w:color w:val="242424"/>
          <w:sz w:val="28"/>
          <w:szCs w:val="28"/>
        </w:rPr>
        <w:t>o</w:t>
      </w:r>
      <w:r w:rsidRPr="002D4534">
        <w:rPr>
          <w:rFonts w:ascii="Aptos" w:eastAsia="Arial" w:hAnsi="Aptos" w:cs="Arial"/>
          <w:color w:val="242424"/>
          <w:sz w:val="28"/>
          <w:szCs w:val="28"/>
        </w:rPr>
        <w:t xml:space="preserve"> </w:t>
      </w:r>
      <w:r w:rsidRPr="002D4534">
        <w:rPr>
          <w:rFonts w:ascii="Aptos" w:eastAsia="Arial" w:hAnsi="Aptos" w:cs="Arial"/>
          <w:color w:val="242424"/>
          <w:sz w:val="28"/>
          <w:szCs w:val="28"/>
        </w:rPr>
        <w:tab/>
      </w:r>
      <w:r w:rsidRPr="002D4534">
        <w:rPr>
          <w:rFonts w:ascii="Aptos" w:hAnsi="Aptos"/>
          <w:b/>
          <w:color w:val="BE8F00"/>
          <w:sz w:val="28"/>
          <w:szCs w:val="28"/>
        </w:rPr>
        <w:t xml:space="preserve">Integrity - </w:t>
      </w:r>
      <w:r w:rsidRPr="002D4534">
        <w:rPr>
          <w:rFonts w:ascii="Aptos" w:hAnsi="Aptos"/>
          <w:color w:val="242424"/>
          <w:sz w:val="28"/>
          <w:szCs w:val="28"/>
        </w:rPr>
        <w:t>We act with integrity, consistency, and honesty in all that we do.</w:t>
      </w:r>
      <w:r w:rsidRPr="002D4534">
        <w:rPr>
          <w:rFonts w:ascii="Aptos" w:hAnsi="Aptos"/>
          <w:sz w:val="28"/>
          <w:szCs w:val="28"/>
        </w:rPr>
        <w:t xml:space="preserve"> </w:t>
      </w:r>
    </w:p>
    <w:p w14:paraId="581210EE" w14:textId="77777777" w:rsidR="002D4534" w:rsidRPr="002D4534" w:rsidRDefault="002D4534" w:rsidP="002D4534">
      <w:pPr>
        <w:numPr>
          <w:ilvl w:val="1"/>
          <w:numId w:val="10"/>
        </w:numPr>
        <w:spacing w:after="0" w:line="240" w:lineRule="auto"/>
        <w:ind w:left="709" w:hanging="709"/>
        <w:jc w:val="both"/>
        <w:rPr>
          <w:rFonts w:ascii="Aptos" w:hAnsi="Aptos"/>
          <w:sz w:val="28"/>
          <w:szCs w:val="28"/>
        </w:rPr>
      </w:pPr>
      <w:r w:rsidRPr="002D4534">
        <w:rPr>
          <w:rFonts w:ascii="Aptos" w:hAnsi="Aptos"/>
          <w:b/>
          <w:color w:val="BE8F00"/>
          <w:sz w:val="28"/>
          <w:szCs w:val="28"/>
        </w:rPr>
        <w:t xml:space="preserve">People - </w:t>
      </w:r>
      <w:r w:rsidRPr="002D4534">
        <w:rPr>
          <w:rFonts w:ascii="Aptos" w:hAnsi="Aptos"/>
          <w:color w:val="242424"/>
          <w:sz w:val="28"/>
          <w:szCs w:val="28"/>
        </w:rPr>
        <w:t>We support each other. We trust, encourage and develop our staff,</w:t>
      </w:r>
      <w:r w:rsidRPr="002D4534">
        <w:rPr>
          <w:rFonts w:ascii="Aptos" w:hAnsi="Aptos"/>
          <w:sz w:val="28"/>
          <w:szCs w:val="28"/>
        </w:rPr>
        <w:t xml:space="preserve"> </w:t>
      </w:r>
      <w:r w:rsidRPr="002D4534">
        <w:rPr>
          <w:rFonts w:ascii="Aptos" w:hAnsi="Aptos"/>
          <w:color w:val="242424"/>
          <w:sz w:val="28"/>
          <w:szCs w:val="28"/>
        </w:rPr>
        <w:t>because we know that it’s our people who make us what we are.</w:t>
      </w:r>
      <w:r w:rsidRPr="002D4534">
        <w:rPr>
          <w:rFonts w:ascii="Aptos" w:hAnsi="Aptos"/>
          <w:sz w:val="28"/>
          <w:szCs w:val="28"/>
        </w:rPr>
        <w:t xml:space="preserve"> </w:t>
      </w:r>
    </w:p>
    <w:p w14:paraId="73892956" w14:textId="28975FA4" w:rsidR="004E4356" w:rsidRPr="00335380" w:rsidRDefault="002D4534" w:rsidP="00335380">
      <w:pPr>
        <w:numPr>
          <w:ilvl w:val="1"/>
          <w:numId w:val="10"/>
        </w:numPr>
        <w:spacing w:after="0" w:line="240" w:lineRule="auto"/>
        <w:ind w:left="709" w:right="1795" w:hanging="709"/>
        <w:jc w:val="both"/>
        <w:rPr>
          <w:rFonts w:ascii="Aptos" w:hAnsi="Aptos"/>
          <w:sz w:val="28"/>
          <w:szCs w:val="28"/>
        </w:rPr>
      </w:pPr>
      <w:r w:rsidRPr="002D4534">
        <w:rPr>
          <w:rFonts w:ascii="Aptos" w:hAnsi="Aptos"/>
          <w:b/>
          <w:color w:val="BE8F00"/>
          <w:sz w:val="28"/>
          <w:szCs w:val="28"/>
        </w:rPr>
        <w:t xml:space="preserve">Working Together - </w:t>
      </w:r>
      <w:r w:rsidRPr="002D4534">
        <w:rPr>
          <w:rFonts w:ascii="Aptos" w:hAnsi="Aptos"/>
          <w:color w:val="242424"/>
          <w:sz w:val="28"/>
          <w:szCs w:val="28"/>
        </w:rPr>
        <w:t>We work collaboratively together and with others to provide the best possible service to the people we support.</w:t>
      </w:r>
      <w:r w:rsidRPr="002D4534">
        <w:rPr>
          <w:rFonts w:ascii="Aptos" w:hAnsi="Aptos"/>
          <w:sz w:val="28"/>
          <w:szCs w:val="28"/>
        </w:rPr>
        <w:t xml:space="preserve"> </w:t>
      </w:r>
    </w:p>
    <w:p w14:paraId="5A8D9419" w14:textId="77777777" w:rsidR="002D4534" w:rsidRPr="004E4356" w:rsidRDefault="002D4534" w:rsidP="002D4534">
      <w:pPr>
        <w:pStyle w:val="Heading2"/>
        <w:spacing w:line="240" w:lineRule="auto"/>
        <w:rPr>
          <w:rFonts w:ascii="Aptos" w:hAnsi="Aptos"/>
          <w:color w:val="1F497D" w:themeColor="text2"/>
          <w:sz w:val="28"/>
          <w:szCs w:val="28"/>
        </w:rPr>
      </w:pPr>
      <w:r w:rsidRPr="004E4356">
        <w:rPr>
          <w:rFonts w:ascii="Aptos" w:hAnsi="Aptos"/>
          <w:color w:val="1F497D" w:themeColor="text2"/>
          <w:sz w:val="28"/>
          <w:szCs w:val="28"/>
        </w:rPr>
        <w:t xml:space="preserve">BENEFITS OF WORKING WITH DMWS </w:t>
      </w:r>
    </w:p>
    <w:p w14:paraId="0477743A" w14:textId="77777777" w:rsidR="002D4534" w:rsidRPr="00335380" w:rsidRDefault="002D4534" w:rsidP="002D4534">
      <w:pPr>
        <w:spacing w:after="0" w:line="240" w:lineRule="auto"/>
        <w:rPr>
          <w:rFonts w:ascii="Aptos" w:hAnsi="Aptos"/>
          <w:sz w:val="24"/>
          <w:szCs w:val="24"/>
        </w:rPr>
      </w:pPr>
      <w:r w:rsidRPr="002D4534">
        <w:rPr>
          <w:rFonts w:ascii="Aptos" w:hAnsi="Aptos"/>
          <w:b/>
          <w:sz w:val="28"/>
          <w:szCs w:val="28"/>
        </w:rPr>
        <w:t xml:space="preserve"> </w:t>
      </w:r>
    </w:p>
    <w:p w14:paraId="5EC5622A" w14:textId="12042337" w:rsidR="002D4534" w:rsidRPr="002D4534" w:rsidRDefault="002D4534" w:rsidP="00335380">
      <w:pPr>
        <w:spacing w:after="0" w:line="240" w:lineRule="auto"/>
        <w:ind w:right="1123"/>
        <w:rPr>
          <w:rFonts w:ascii="Aptos" w:hAnsi="Aptos"/>
          <w:sz w:val="28"/>
          <w:szCs w:val="28"/>
        </w:rPr>
      </w:pPr>
      <w:r w:rsidRPr="002D4534">
        <w:rPr>
          <w:rFonts w:ascii="Aptos" w:hAnsi="Aptos"/>
          <w:sz w:val="28"/>
          <w:szCs w:val="28"/>
        </w:rPr>
        <w:t xml:space="preserve">We recognise that without our staff we are nothing, they are the most important asset that we have. We offer employees the following benefits: -  </w:t>
      </w:r>
    </w:p>
    <w:p w14:paraId="5553DB45" w14:textId="22C4264A" w:rsidR="002D4534" w:rsidRPr="004E4356" w:rsidRDefault="004E4356" w:rsidP="002D4534">
      <w:pPr>
        <w:pStyle w:val="Heading2"/>
        <w:spacing w:line="240" w:lineRule="auto"/>
        <w:rPr>
          <w:rFonts w:ascii="Aptos" w:hAnsi="Aptos"/>
          <w:sz w:val="28"/>
          <w:szCs w:val="28"/>
        </w:rPr>
      </w:pPr>
      <w:r w:rsidRPr="004E4356">
        <w:rPr>
          <w:rFonts w:ascii="Aptos" w:hAnsi="Aptos"/>
          <w:sz w:val="28"/>
          <w:szCs w:val="28"/>
        </w:rPr>
        <w:t>A</w:t>
      </w:r>
      <w:r>
        <w:rPr>
          <w:rFonts w:ascii="Aptos" w:hAnsi="Aptos"/>
          <w:sz w:val="28"/>
          <w:szCs w:val="28"/>
        </w:rPr>
        <w:t>nnual Leave</w:t>
      </w:r>
    </w:p>
    <w:p w14:paraId="0D0FC321" w14:textId="77777777" w:rsidR="002D4534" w:rsidRPr="002D4534" w:rsidRDefault="002D4534" w:rsidP="002D4534">
      <w:pPr>
        <w:spacing w:after="0" w:line="240" w:lineRule="auto"/>
        <w:ind w:right="1123"/>
        <w:rPr>
          <w:rFonts w:ascii="Aptos" w:hAnsi="Aptos"/>
          <w:sz w:val="28"/>
          <w:szCs w:val="28"/>
        </w:rPr>
      </w:pPr>
      <w:r w:rsidRPr="002D4534">
        <w:rPr>
          <w:rFonts w:ascii="Aptos" w:hAnsi="Aptos"/>
          <w:sz w:val="28"/>
          <w:szCs w:val="28"/>
        </w:rPr>
        <w:t xml:space="preserve">We give employees 30 days a year annual leave plus Public Holidays (pro-rata'd for part-time employees). </w:t>
      </w:r>
    </w:p>
    <w:p w14:paraId="58F7BF20" w14:textId="77777777" w:rsidR="005A2190" w:rsidRDefault="002D4534" w:rsidP="00335380">
      <w:pPr>
        <w:spacing w:after="0" w:line="240" w:lineRule="auto"/>
        <w:rPr>
          <w:rFonts w:ascii="Aptos" w:hAnsi="Aptos"/>
          <w:sz w:val="28"/>
          <w:szCs w:val="28"/>
        </w:rPr>
      </w:pPr>
      <w:r w:rsidRPr="002D4534">
        <w:rPr>
          <w:rFonts w:ascii="Aptos" w:hAnsi="Aptos"/>
          <w:sz w:val="28"/>
          <w:szCs w:val="28"/>
        </w:rPr>
        <w:t xml:space="preserve"> </w:t>
      </w:r>
    </w:p>
    <w:p w14:paraId="0EB31425" w14:textId="1C805A97" w:rsidR="005A2190" w:rsidRPr="004E4356" w:rsidRDefault="005A2190" w:rsidP="005A2190">
      <w:pPr>
        <w:pStyle w:val="Heading2"/>
        <w:spacing w:line="240" w:lineRule="auto"/>
        <w:rPr>
          <w:rFonts w:ascii="Aptos" w:hAnsi="Aptos"/>
          <w:sz w:val="28"/>
          <w:szCs w:val="28"/>
        </w:rPr>
      </w:pPr>
      <w:r>
        <w:rPr>
          <w:rFonts w:ascii="Aptos" w:hAnsi="Aptos"/>
          <w:sz w:val="28"/>
          <w:szCs w:val="28"/>
        </w:rPr>
        <w:t>Pension</w:t>
      </w:r>
    </w:p>
    <w:p w14:paraId="7F72B3D9" w14:textId="77777777" w:rsidR="002D4534" w:rsidRPr="002D4534" w:rsidRDefault="002D4534" w:rsidP="00335380">
      <w:pPr>
        <w:spacing w:after="0" w:line="240" w:lineRule="auto"/>
        <w:ind w:right="1178"/>
        <w:jc w:val="both"/>
        <w:rPr>
          <w:rFonts w:ascii="Aptos" w:hAnsi="Aptos"/>
          <w:sz w:val="28"/>
          <w:szCs w:val="28"/>
        </w:rPr>
      </w:pPr>
      <w:r w:rsidRPr="002D4534">
        <w:rPr>
          <w:rFonts w:ascii="Aptos" w:hAnsi="Aptos"/>
          <w:sz w:val="28"/>
          <w:szCs w:val="28"/>
        </w:rPr>
        <w:t xml:space="preserve">Auto enrolment onto DMWS workplace pension scheme – subject to eligibility. You will make a minimum contribution of 5% which DMWS will match. Contributions will be matched up to 6% by DMWS. </w:t>
      </w:r>
    </w:p>
    <w:p w14:paraId="6E6A800B" w14:textId="77777777" w:rsidR="002D4534" w:rsidRPr="002D4534" w:rsidRDefault="002D4534" w:rsidP="00335380">
      <w:pPr>
        <w:spacing w:after="0" w:line="240" w:lineRule="auto"/>
        <w:rPr>
          <w:rFonts w:ascii="Aptos" w:hAnsi="Aptos"/>
          <w:sz w:val="28"/>
          <w:szCs w:val="28"/>
        </w:rPr>
      </w:pPr>
      <w:r w:rsidRPr="002D4534">
        <w:rPr>
          <w:rFonts w:ascii="Aptos" w:hAnsi="Aptos"/>
          <w:sz w:val="28"/>
          <w:szCs w:val="28"/>
        </w:rPr>
        <w:t xml:space="preserve"> </w:t>
      </w:r>
    </w:p>
    <w:p w14:paraId="06BF1BB6" w14:textId="13C8A322" w:rsidR="002D4534" w:rsidRPr="004E4356" w:rsidRDefault="004E4356" w:rsidP="00335380">
      <w:pPr>
        <w:spacing w:after="0" w:line="240" w:lineRule="auto"/>
        <w:rPr>
          <w:rFonts w:ascii="Aptos" w:hAnsi="Aptos"/>
          <w:color w:val="4F81BD" w:themeColor="accent1"/>
          <w:sz w:val="28"/>
          <w:szCs w:val="28"/>
        </w:rPr>
      </w:pPr>
      <w:r>
        <w:rPr>
          <w:rFonts w:ascii="Aptos" w:hAnsi="Aptos"/>
          <w:b/>
          <w:color w:val="4F81BD" w:themeColor="accent1"/>
          <w:sz w:val="28"/>
          <w:szCs w:val="28"/>
        </w:rPr>
        <w:lastRenderedPageBreak/>
        <w:t xml:space="preserve">Death in Service Payment </w:t>
      </w:r>
    </w:p>
    <w:p w14:paraId="71AB2918" w14:textId="6DCB2675" w:rsidR="002D4534" w:rsidRPr="002D4534" w:rsidRDefault="002D4534" w:rsidP="005A2190">
      <w:pPr>
        <w:spacing w:after="0" w:line="240" w:lineRule="auto"/>
        <w:ind w:right="1123"/>
        <w:rPr>
          <w:rFonts w:ascii="Aptos" w:hAnsi="Aptos"/>
          <w:sz w:val="28"/>
          <w:szCs w:val="28"/>
        </w:rPr>
      </w:pPr>
      <w:r w:rsidRPr="002D4534">
        <w:rPr>
          <w:rFonts w:ascii="Aptos" w:hAnsi="Aptos"/>
          <w:sz w:val="28"/>
          <w:szCs w:val="28"/>
        </w:rPr>
        <w:t xml:space="preserve">Three times your annual salary to nominated beneficiaries - subject to eligibility </w:t>
      </w:r>
    </w:p>
    <w:p w14:paraId="4E546040" w14:textId="4766BAA6" w:rsidR="002D4534" w:rsidRPr="004E4356" w:rsidRDefault="004E4356" w:rsidP="00335380">
      <w:pPr>
        <w:pStyle w:val="Heading2"/>
        <w:spacing w:line="240" w:lineRule="auto"/>
        <w:rPr>
          <w:rFonts w:ascii="Aptos" w:hAnsi="Aptos"/>
          <w:sz w:val="28"/>
          <w:szCs w:val="28"/>
        </w:rPr>
      </w:pPr>
      <w:r w:rsidRPr="004E4356">
        <w:rPr>
          <w:rFonts w:ascii="Aptos" w:hAnsi="Aptos"/>
          <w:sz w:val="28"/>
          <w:szCs w:val="28"/>
        </w:rPr>
        <w:t xml:space="preserve">Flexible Working </w:t>
      </w:r>
    </w:p>
    <w:p w14:paraId="314DBA57" w14:textId="2FE29344" w:rsidR="002D4534" w:rsidRPr="002D4534" w:rsidRDefault="002D4534" w:rsidP="005A2190">
      <w:pPr>
        <w:spacing w:after="0" w:line="240" w:lineRule="auto"/>
        <w:ind w:right="1123"/>
        <w:rPr>
          <w:rFonts w:ascii="Aptos" w:hAnsi="Aptos"/>
          <w:sz w:val="28"/>
          <w:szCs w:val="28"/>
        </w:rPr>
      </w:pPr>
      <w:r w:rsidRPr="002D4534">
        <w:rPr>
          <w:rFonts w:ascii="Aptos" w:hAnsi="Aptos"/>
          <w:sz w:val="28"/>
          <w:szCs w:val="28"/>
        </w:rPr>
        <w:t xml:space="preserve">All flexible working requests are considered - many of our staff work flexible hours and work wholly, or partly from home. </w:t>
      </w:r>
    </w:p>
    <w:p w14:paraId="0DF26ACF" w14:textId="77777777" w:rsidR="002D4534" w:rsidRPr="002D4534" w:rsidRDefault="002D4534" w:rsidP="00335380">
      <w:pPr>
        <w:pStyle w:val="Heading2"/>
        <w:spacing w:line="240" w:lineRule="auto"/>
        <w:rPr>
          <w:rFonts w:ascii="Aptos" w:hAnsi="Aptos"/>
          <w:sz w:val="28"/>
          <w:szCs w:val="28"/>
        </w:rPr>
      </w:pPr>
      <w:r w:rsidRPr="002D4534">
        <w:rPr>
          <w:rFonts w:ascii="Aptos" w:hAnsi="Aptos"/>
          <w:sz w:val="28"/>
          <w:szCs w:val="28"/>
        </w:rPr>
        <w:t>Smart Health</w:t>
      </w:r>
      <w:r w:rsidRPr="002D4534">
        <w:rPr>
          <w:rFonts w:ascii="Aptos" w:hAnsi="Aptos"/>
          <w:color w:val="000000"/>
          <w:sz w:val="28"/>
          <w:szCs w:val="28"/>
        </w:rPr>
        <w:t xml:space="preserve"> </w:t>
      </w:r>
    </w:p>
    <w:p w14:paraId="78E730E8" w14:textId="7B7BB7DD" w:rsidR="002D4534" w:rsidRPr="002D4534" w:rsidRDefault="002D4534" w:rsidP="005A2190">
      <w:pPr>
        <w:spacing w:after="0" w:line="240" w:lineRule="auto"/>
        <w:ind w:right="1123"/>
        <w:rPr>
          <w:rFonts w:ascii="Aptos" w:hAnsi="Aptos"/>
          <w:sz w:val="28"/>
          <w:szCs w:val="28"/>
        </w:rPr>
      </w:pPr>
      <w:r w:rsidRPr="002D4534">
        <w:rPr>
          <w:rFonts w:ascii="Aptos" w:hAnsi="Aptos"/>
          <w:sz w:val="28"/>
          <w:szCs w:val="28"/>
        </w:rPr>
        <w:t>Access to a 24/7 virtual GP service, with a counselling service and on-line help and support around health and well-being matters.</w:t>
      </w:r>
    </w:p>
    <w:p w14:paraId="584C1A08" w14:textId="77777777" w:rsidR="002D4534" w:rsidRPr="002D4534" w:rsidRDefault="002D4534" w:rsidP="00335380">
      <w:pPr>
        <w:pStyle w:val="Heading2"/>
        <w:spacing w:line="240" w:lineRule="auto"/>
        <w:rPr>
          <w:rFonts w:ascii="Aptos" w:hAnsi="Aptos"/>
          <w:sz w:val="28"/>
          <w:szCs w:val="28"/>
        </w:rPr>
      </w:pPr>
      <w:r w:rsidRPr="002D4534">
        <w:rPr>
          <w:rFonts w:ascii="Aptos" w:hAnsi="Aptos"/>
          <w:sz w:val="28"/>
          <w:szCs w:val="28"/>
        </w:rPr>
        <w:t>Work-based Parking/Mileage</w:t>
      </w:r>
      <w:r w:rsidRPr="002D4534">
        <w:rPr>
          <w:rFonts w:ascii="Aptos" w:hAnsi="Aptos"/>
          <w:color w:val="000000"/>
          <w:sz w:val="28"/>
          <w:szCs w:val="28"/>
        </w:rPr>
        <w:t xml:space="preserve"> </w:t>
      </w:r>
    </w:p>
    <w:p w14:paraId="7A8F9884" w14:textId="77777777" w:rsidR="002D4534" w:rsidRPr="002D4534" w:rsidRDefault="002D4534" w:rsidP="00335380">
      <w:pPr>
        <w:spacing w:after="0" w:line="240" w:lineRule="auto"/>
        <w:ind w:right="1123"/>
        <w:rPr>
          <w:rFonts w:ascii="Aptos" w:hAnsi="Aptos"/>
          <w:sz w:val="28"/>
          <w:szCs w:val="28"/>
        </w:rPr>
      </w:pPr>
      <w:r w:rsidRPr="002D4534">
        <w:rPr>
          <w:rFonts w:ascii="Aptos" w:hAnsi="Aptos"/>
          <w:sz w:val="28"/>
          <w:szCs w:val="28"/>
        </w:rPr>
        <w:t xml:space="preserve">For those who pay to park at their work-base, fees are repaid through expenses. Mileage claims are reimbursed in line with HMRC guidelines. </w:t>
      </w:r>
    </w:p>
    <w:p w14:paraId="71DB0A91" w14:textId="77777777" w:rsidR="002D4534" w:rsidRPr="002D4534" w:rsidRDefault="002D4534" w:rsidP="00335380">
      <w:pPr>
        <w:spacing w:after="0" w:line="240" w:lineRule="auto"/>
        <w:rPr>
          <w:rFonts w:ascii="Aptos" w:hAnsi="Aptos"/>
          <w:sz w:val="28"/>
          <w:szCs w:val="28"/>
        </w:rPr>
      </w:pPr>
      <w:r w:rsidRPr="002D4534">
        <w:rPr>
          <w:rFonts w:ascii="Aptos" w:hAnsi="Aptos"/>
          <w:sz w:val="28"/>
          <w:szCs w:val="28"/>
        </w:rPr>
        <w:t xml:space="preserve"> </w:t>
      </w:r>
    </w:p>
    <w:p w14:paraId="7B315E60" w14:textId="77777777" w:rsidR="002D4534" w:rsidRPr="007C06F9" w:rsidRDefault="002D4534" w:rsidP="00335380">
      <w:pPr>
        <w:spacing w:after="0" w:line="240" w:lineRule="auto"/>
        <w:rPr>
          <w:rFonts w:ascii="Aptos" w:hAnsi="Aptos"/>
          <w:color w:val="4F81BD" w:themeColor="accent1"/>
          <w:sz w:val="28"/>
          <w:szCs w:val="28"/>
        </w:rPr>
      </w:pPr>
      <w:r w:rsidRPr="007C06F9">
        <w:rPr>
          <w:rFonts w:ascii="Aptos" w:hAnsi="Aptos"/>
          <w:b/>
          <w:color w:val="4F81BD" w:themeColor="accent1"/>
          <w:sz w:val="28"/>
          <w:szCs w:val="28"/>
        </w:rPr>
        <w:t xml:space="preserve">Enhanced Sick Pay </w:t>
      </w:r>
    </w:p>
    <w:p w14:paraId="2FFE72E6" w14:textId="77777777" w:rsidR="002D4534" w:rsidRPr="002D4534" w:rsidRDefault="002D4534" w:rsidP="00335380">
      <w:pPr>
        <w:spacing w:after="0" w:line="240" w:lineRule="auto"/>
        <w:ind w:right="1123"/>
        <w:rPr>
          <w:rFonts w:ascii="Aptos" w:hAnsi="Aptos"/>
          <w:sz w:val="28"/>
          <w:szCs w:val="28"/>
        </w:rPr>
      </w:pPr>
      <w:r w:rsidRPr="002D4534">
        <w:rPr>
          <w:rFonts w:ascii="Aptos" w:hAnsi="Aptos"/>
          <w:sz w:val="28"/>
          <w:szCs w:val="28"/>
        </w:rPr>
        <w:t xml:space="preserve">Enhanced sick pay scheme for all employees upon completion of their probationary period. </w:t>
      </w:r>
    </w:p>
    <w:p w14:paraId="4F8ABC4B" w14:textId="77777777" w:rsidR="002D4534" w:rsidRPr="002D4534" w:rsidRDefault="002D4534" w:rsidP="00335380">
      <w:pPr>
        <w:spacing w:after="0" w:line="240" w:lineRule="auto"/>
        <w:rPr>
          <w:rFonts w:ascii="Aptos" w:hAnsi="Aptos"/>
          <w:sz w:val="28"/>
          <w:szCs w:val="28"/>
        </w:rPr>
      </w:pPr>
      <w:r w:rsidRPr="002D4534">
        <w:rPr>
          <w:rFonts w:ascii="Aptos" w:hAnsi="Aptos"/>
          <w:sz w:val="28"/>
          <w:szCs w:val="28"/>
        </w:rPr>
        <w:t xml:space="preserve"> </w:t>
      </w:r>
    </w:p>
    <w:p w14:paraId="186661D0" w14:textId="77777777" w:rsidR="002D4534" w:rsidRPr="007C06F9" w:rsidRDefault="002D4534" w:rsidP="00335380">
      <w:pPr>
        <w:spacing w:after="0" w:line="240" w:lineRule="auto"/>
        <w:rPr>
          <w:rFonts w:ascii="Aptos" w:hAnsi="Aptos"/>
          <w:color w:val="4F81BD" w:themeColor="accent1"/>
          <w:sz w:val="28"/>
          <w:szCs w:val="28"/>
        </w:rPr>
      </w:pPr>
      <w:r w:rsidRPr="007C06F9">
        <w:rPr>
          <w:rFonts w:ascii="Aptos" w:hAnsi="Aptos"/>
          <w:b/>
          <w:color w:val="4F81BD" w:themeColor="accent1"/>
          <w:sz w:val="28"/>
          <w:szCs w:val="28"/>
        </w:rPr>
        <w:t xml:space="preserve">Family Friendly Leave/Other Leave </w:t>
      </w:r>
    </w:p>
    <w:p w14:paraId="1E1C8F02" w14:textId="11A3A136" w:rsidR="002D4534" w:rsidRPr="002D4534" w:rsidRDefault="002D4534" w:rsidP="00335380">
      <w:pPr>
        <w:spacing w:after="0" w:line="240" w:lineRule="auto"/>
        <w:rPr>
          <w:rFonts w:ascii="Aptos" w:hAnsi="Aptos"/>
          <w:sz w:val="28"/>
          <w:szCs w:val="28"/>
        </w:rPr>
      </w:pPr>
      <w:r w:rsidRPr="002D4534">
        <w:rPr>
          <w:rFonts w:ascii="Aptos" w:hAnsi="Aptos"/>
          <w:sz w:val="28"/>
          <w:szCs w:val="28"/>
        </w:rPr>
        <w:t xml:space="preserve">Enhanced maternity/paternity/adoption and shared parental leave. </w:t>
      </w:r>
    </w:p>
    <w:p w14:paraId="48A70795" w14:textId="77777777" w:rsidR="002D4534" w:rsidRPr="002D4534" w:rsidRDefault="002D4534" w:rsidP="00335380">
      <w:pPr>
        <w:pStyle w:val="Heading2"/>
        <w:spacing w:line="240" w:lineRule="auto"/>
        <w:rPr>
          <w:rFonts w:ascii="Aptos" w:hAnsi="Aptos"/>
          <w:sz w:val="28"/>
          <w:szCs w:val="28"/>
        </w:rPr>
      </w:pPr>
      <w:r w:rsidRPr="002D4534">
        <w:rPr>
          <w:rFonts w:ascii="Aptos" w:hAnsi="Aptos"/>
          <w:sz w:val="28"/>
          <w:szCs w:val="28"/>
        </w:rPr>
        <w:t>Staff Recognition</w:t>
      </w:r>
      <w:r w:rsidRPr="002D4534">
        <w:rPr>
          <w:rFonts w:ascii="Aptos" w:hAnsi="Aptos"/>
          <w:color w:val="000000"/>
          <w:sz w:val="28"/>
          <w:szCs w:val="28"/>
        </w:rPr>
        <w:t xml:space="preserve"> </w:t>
      </w:r>
    </w:p>
    <w:p w14:paraId="451366F6" w14:textId="717A64F7" w:rsidR="002D4534" w:rsidRPr="002D4534" w:rsidRDefault="002D4534" w:rsidP="005A2190">
      <w:pPr>
        <w:spacing w:after="0" w:line="240" w:lineRule="auto"/>
        <w:ind w:right="1123"/>
        <w:rPr>
          <w:rFonts w:ascii="Aptos" w:hAnsi="Aptos"/>
          <w:sz w:val="28"/>
          <w:szCs w:val="28"/>
        </w:rPr>
      </w:pPr>
      <w:r w:rsidRPr="002D4534">
        <w:rPr>
          <w:rFonts w:ascii="Aptos" w:hAnsi="Aptos"/>
          <w:sz w:val="28"/>
          <w:szCs w:val="28"/>
        </w:rPr>
        <w:t xml:space="preserve">Staff are regularly recognised for their work by the leadership team and their peers, via internal events, social media, and industry awards. </w:t>
      </w:r>
    </w:p>
    <w:p w14:paraId="1461D2C5" w14:textId="77777777" w:rsidR="002D4534" w:rsidRPr="002D4534" w:rsidRDefault="002D4534" w:rsidP="00335380">
      <w:pPr>
        <w:pStyle w:val="Heading2"/>
        <w:spacing w:line="240" w:lineRule="auto"/>
        <w:rPr>
          <w:rFonts w:ascii="Aptos" w:hAnsi="Aptos"/>
          <w:sz w:val="28"/>
          <w:szCs w:val="28"/>
        </w:rPr>
      </w:pPr>
      <w:r w:rsidRPr="002D4534">
        <w:rPr>
          <w:rFonts w:ascii="Aptos" w:hAnsi="Aptos"/>
          <w:sz w:val="28"/>
          <w:szCs w:val="28"/>
        </w:rPr>
        <w:t>Personal Development Programme</w:t>
      </w:r>
      <w:r w:rsidRPr="002D4534">
        <w:rPr>
          <w:rFonts w:ascii="Aptos" w:hAnsi="Aptos"/>
          <w:color w:val="000000"/>
          <w:sz w:val="28"/>
          <w:szCs w:val="28"/>
        </w:rPr>
        <w:t xml:space="preserve"> </w:t>
      </w:r>
    </w:p>
    <w:p w14:paraId="07DF9C86" w14:textId="77777777" w:rsidR="002D4534" w:rsidRDefault="002D4534" w:rsidP="00335380">
      <w:pPr>
        <w:spacing w:after="0" w:line="240" w:lineRule="auto"/>
        <w:ind w:right="1123"/>
        <w:rPr>
          <w:rFonts w:ascii="Aptos" w:hAnsi="Aptos"/>
          <w:sz w:val="28"/>
          <w:szCs w:val="28"/>
        </w:rPr>
      </w:pPr>
      <w:r w:rsidRPr="002D4534">
        <w:rPr>
          <w:rFonts w:ascii="Aptos" w:hAnsi="Aptos"/>
          <w:sz w:val="28"/>
          <w:szCs w:val="28"/>
        </w:rPr>
        <w:t xml:space="preserve">DMWS supports employees continuing professional development and training. </w:t>
      </w:r>
    </w:p>
    <w:p w14:paraId="17DC5363" w14:textId="77777777" w:rsidR="00AD29DE" w:rsidRPr="002D4534" w:rsidRDefault="00AD29DE" w:rsidP="00335380">
      <w:pPr>
        <w:spacing w:after="0" w:line="240" w:lineRule="auto"/>
        <w:ind w:right="1123"/>
        <w:rPr>
          <w:rFonts w:ascii="Aptos" w:hAnsi="Aptos"/>
          <w:sz w:val="28"/>
          <w:szCs w:val="28"/>
        </w:rPr>
      </w:pPr>
    </w:p>
    <w:p w14:paraId="79CB3255" w14:textId="53D87173" w:rsidR="002D4534" w:rsidRPr="002D4534" w:rsidRDefault="002D4534" w:rsidP="00335380">
      <w:pPr>
        <w:spacing w:after="0" w:line="240" w:lineRule="auto"/>
        <w:rPr>
          <w:rFonts w:ascii="Aptos" w:hAnsi="Aptos"/>
          <w:sz w:val="28"/>
          <w:szCs w:val="28"/>
        </w:rPr>
      </w:pPr>
      <w:r w:rsidRPr="002D4534">
        <w:rPr>
          <w:rFonts w:ascii="Aptos" w:hAnsi="Aptos"/>
          <w:b/>
          <w:color w:val="BE8F00"/>
          <w:sz w:val="28"/>
          <w:szCs w:val="28"/>
        </w:rPr>
        <w:t xml:space="preserve"> Above all, being part of the DMWS team means that you are making a difference to the lives of those working on the frontline. </w:t>
      </w:r>
      <w:r w:rsidRPr="002D4534">
        <w:rPr>
          <w:rFonts w:ascii="Aptos" w:hAnsi="Aptos"/>
          <w:sz w:val="28"/>
          <w:szCs w:val="28"/>
        </w:rPr>
        <w:t xml:space="preserve"> </w:t>
      </w:r>
    </w:p>
    <w:p w14:paraId="5F4190EA" w14:textId="77777777" w:rsidR="002D4534" w:rsidRPr="002D4534" w:rsidRDefault="002D4534" w:rsidP="00335380">
      <w:pPr>
        <w:spacing w:after="0" w:line="240" w:lineRule="auto"/>
        <w:rPr>
          <w:rFonts w:ascii="Aptos" w:hAnsi="Aptos"/>
          <w:sz w:val="28"/>
          <w:szCs w:val="28"/>
        </w:rPr>
      </w:pPr>
    </w:p>
    <w:p w14:paraId="39A2ADF0" w14:textId="77777777" w:rsidR="002D4534" w:rsidRPr="002D4534" w:rsidRDefault="002D4534" w:rsidP="00335380">
      <w:pPr>
        <w:spacing w:after="0" w:line="240" w:lineRule="auto"/>
        <w:rPr>
          <w:rFonts w:ascii="Aptos" w:hAnsi="Aptos"/>
          <w:sz w:val="28"/>
          <w:szCs w:val="28"/>
        </w:rPr>
      </w:pPr>
    </w:p>
    <w:sectPr w:rsidR="002D4534" w:rsidRPr="002D453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950EDF"/>
    <w:multiLevelType w:val="hybridMultilevel"/>
    <w:tmpl w:val="6AD63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826DC9"/>
    <w:multiLevelType w:val="hybridMultilevel"/>
    <w:tmpl w:val="18F6F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C523125"/>
    <w:multiLevelType w:val="hybridMultilevel"/>
    <w:tmpl w:val="478A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8F51F0"/>
    <w:multiLevelType w:val="hybridMultilevel"/>
    <w:tmpl w:val="6BE2570C"/>
    <w:lvl w:ilvl="0" w:tplc="F5F086B0">
      <w:start w:val="1"/>
      <w:numFmt w:val="bullet"/>
      <w:lvlText w:val="•"/>
      <w:lvlJc w:val="left"/>
      <w:pPr>
        <w:ind w:left="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98AE10">
      <w:start w:val="1"/>
      <w:numFmt w:val="bullet"/>
      <w:lvlText w:val="o"/>
      <w:lvlJc w:val="left"/>
      <w:pPr>
        <w:ind w:left="1528"/>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2" w:tplc="411ADD4A">
      <w:start w:val="1"/>
      <w:numFmt w:val="bullet"/>
      <w:lvlText w:val="▪"/>
      <w:lvlJc w:val="left"/>
      <w:pPr>
        <w:ind w:left="226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3" w:tplc="EFCE638C">
      <w:start w:val="1"/>
      <w:numFmt w:val="bullet"/>
      <w:lvlText w:val="•"/>
      <w:lvlJc w:val="left"/>
      <w:pPr>
        <w:ind w:left="298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4" w:tplc="53403C92">
      <w:start w:val="1"/>
      <w:numFmt w:val="bullet"/>
      <w:lvlText w:val="o"/>
      <w:lvlJc w:val="left"/>
      <w:pPr>
        <w:ind w:left="370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5" w:tplc="1C8A2AC6">
      <w:start w:val="1"/>
      <w:numFmt w:val="bullet"/>
      <w:lvlText w:val="▪"/>
      <w:lvlJc w:val="left"/>
      <w:pPr>
        <w:ind w:left="442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6" w:tplc="410CCFB6">
      <w:start w:val="1"/>
      <w:numFmt w:val="bullet"/>
      <w:lvlText w:val="•"/>
      <w:lvlJc w:val="left"/>
      <w:pPr>
        <w:ind w:left="514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7" w:tplc="09CE7CB0">
      <w:start w:val="1"/>
      <w:numFmt w:val="bullet"/>
      <w:lvlText w:val="o"/>
      <w:lvlJc w:val="left"/>
      <w:pPr>
        <w:ind w:left="586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8" w:tplc="D5141212">
      <w:start w:val="1"/>
      <w:numFmt w:val="bullet"/>
      <w:lvlText w:val="▪"/>
      <w:lvlJc w:val="left"/>
      <w:pPr>
        <w:ind w:left="658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abstractNum>
  <w:abstractNum w:abstractNumId="13" w15:restartNumberingAfterBreak="0">
    <w:nsid w:val="51421419"/>
    <w:multiLevelType w:val="hybridMultilevel"/>
    <w:tmpl w:val="69345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400892">
    <w:abstractNumId w:val="8"/>
  </w:num>
  <w:num w:numId="2" w16cid:durableId="681009586">
    <w:abstractNumId w:val="6"/>
  </w:num>
  <w:num w:numId="3" w16cid:durableId="812529532">
    <w:abstractNumId w:val="5"/>
  </w:num>
  <w:num w:numId="4" w16cid:durableId="1496454375">
    <w:abstractNumId w:val="4"/>
  </w:num>
  <w:num w:numId="5" w16cid:durableId="2114586926">
    <w:abstractNumId w:val="7"/>
  </w:num>
  <w:num w:numId="6" w16cid:durableId="1364399509">
    <w:abstractNumId w:val="3"/>
  </w:num>
  <w:num w:numId="7" w16cid:durableId="1643735843">
    <w:abstractNumId w:val="2"/>
  </w:num>
  <w:num w:numId="8" w16cid:durableId="2095082053">
    <w:abstractNumId w:val="1"/>
  </w:num>
  <w:num w:numId="9" w16cid:durableId="1850486593">
    <w:abstractNumId w:val="0"/>
  </w:num>
  <w:num w:numId="10" w16cid:durableId="1173452798">
    <w:abstractNumId w:val="12"/>
  </w:num>
  <w:num w:numId="11" w16cid:durableId="681051232">
    <w:abstractNumId w:val="10"/>
  </w:num>
  <w:num w:numId="12" w16cid:durableId="1022442796">
    <w:abstractNumId w:val="9"/>
  </w:num>
  <w:num w:numId="13" w16cid:durableId="1959868661">
    <w:abstractNumId w:val="11"/>
  </w:num>
  <w:num w:numId="14" w16cid:durableId="236868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0C0"/>
    <w:rsid w:val="0006063C"/>
    <w:rsid w:val="000A0E5E"/>
    <w:rsid w:val="000F1CCD"/>
    <w:rsid w:val="0015074B"/>
    <w:rsid w:val="00274A51"/>
    <w:rsid w:val="002944AE"/>
    <w:rsid w:val="0029639D"/>
    <w:rsid w:val="002D4534"/>
    <w:rsid w:val="002F7C41"/>
    <w:rsid w:val="00326F90"/>
    <w:rsid w:val="00335380"/>
    <w:rsid w:val="003A5586"/>
    <w:rsid w:val="004E4356"/>
    <w:rsid w:val="005541F4"/>
    <w:rsid w:val="005A2190"/>
    <w:rsid w:val="005F7C40"/>
    <w:rsid w:val="00644AEF"/>
    <w:rsid w:val="006C79C2"/>
    <w:rsid w:val="00705A36"/>
    <w:rsid w:val="007C06F9"/>
    <w:rsid w:val="007F4778"/>
    <w:rsid w:val="0080690D"/>
    <w:rsid w:val="00806FDA"/>
    <w:rsid w:val="008236A8"/>
    <w:rsid w:val="00856874"/>
    <w:rsid w:val="0089460B"/>
    <w:rsid w:val="008D33AD"/>
    <w:rsid w:val="00901CB6"/>
    <w:rsid w:val="00950F42"/>
    <w:rsid w:val="00995DF8"/>
    <w:rsid w:val="00A31F59"/>
    <w:rsid w:val="00A37D5A"/>
    <w:rsid w:val="00AA1D8D"/>
    <w:rsid w:val="00AD29DE"/>
    <w:rsid w:val="00B47730"/>
    <w:rsid w:val="00B7027D"/>
    <w:rsid w:val="00B778B8"/>
    <w:rsid w:val="00BA6B0A"/>
    <w:rsid w:val="00BD5B4E"/>
    <w:rsid w:val="00BE5227"/>
    <w:rsid w:val="00C63142"/>
    <w:rsid w:val="00C741B2"/>
    <w:rsid w:val="00CB0664"/>
    <w:rsid w:val="00CC2D22"/>
    <w:rsid w:val="00DF7154"/>
    <w:rsid w:val="00E53493"/>
    <w:rsid w:val="00E91257"/>
    <w:rsid w:val="00EA139E"/>
    <w:rsid w:val="00ED372F"/>
    <w:rsid w:val="00F34C11"/>
    <w:rsid w:val="00F556F9"/>
    <w:rsid w:val="00FB51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38DA76"/>
  <w14:defaultImageDpi w14:val="300"/>
  <w15:docId w15:val="{0310CB1C-3967-A64D-A386-8DFF3B12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D453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950F42"/>
    <w:pPr>
      <w:autoSpaceDE w:val="0"/>
      <w:autoSpaceDN w:val="0"/>
      <w:adjustRightInd w:val="0"/>
      <w:spacing w:after="0" w:line="240" w:lineRule="auto"/>
    </w:pPr>
    <w:rPr>
      <w:rFonts w:ascii="Arial" w:eastAsiaTheme="minorHAnsi"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C11AA60-07CB-4BCC-B4BF-B679971E95C5}">
  <ds:schemaRefs>
    <ds:schemaRef ds:uri="http://schemas.microsoft.com/office/2006/metadata/properties"/>
    <ds:schemaRef ds:uri="http://schemas.microsoft.com/office/infopath/2007/PartnerControls"/>
    <ds:schemaRef ds:uri="4c65f311-95f9-40f3-ade0-3e16c5a31f2c"/>
    <ds:schemaRef ds:uri="faeb3606-0db3-48d3-8109-7ceba36f790d"/>
  </ds:schemaRefs>
</ds:datastoreItem>
</file>

<file path=customXml/itemProps3.xml><?xml version="1.0" encoding="utf-8"?>
<ds:datastoreItem xmlns:ds="http://schemas.openxmlformats.org/officeDocument/2006/customXml" ds:itemID="{85365070-26D8-4B3F-9480-954939BA752B}">
  <ds:schemaRefs>
    <ds:schemaRef ds:uri="http://schemas.microsoft.com/sharepoint/v3/contenttype/forms"/>
  </ds:schemaRefs>
</ds:datastoreItem>
</file>

<file path=customXml/itemProps4.xml><?xml version="1.0" encoding="utf-8"?>
<ds:datastoreItem xmlns:ds="http://schemas.openxmlformats.org/officeDocument/2006/customXml" ds:itemID="{E33034EA-44F6-4696-A21B-C7F89C69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b3606-0db3-48d3-8109-7ceba36f790d"/>
    <ds:schemaRef ds:uri="4c65f311-95f9-40f3-ade0-3e16c5a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1108</Words>
  <Characters>6322</Characters>
  <Application>Microsoft Office Word</Application>
  <DocSecurity>0</DocSecurity>
  <Lines>175</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April Davies</cp:lastModifiedBy>
  <cp:revision>7</cp:revision>
  <dcterms:created xsi:type="dcterms:W3CDTF">2026-08-11T08:40:00Z</dcterms:created>
  <dcterms:modified xsi:type="dcterms:W3CDTF">2026-08-21T08:26:00Z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8a1639-3329-478b-9101-049508f28f31_Enabled">
    <vt:lpwstr>true</vt:lpwstr>
  </property>
  <property fmtid="{D5CDD505-2E9C-101B-9397-08002B2CF9AE}" pid="3" name="MSIP_Label_fb8a1639-3329-478b-9101-049508f28f31_SetDate">
    <vt:lpwstr>2026-07-14T17:20:33Z</vt:lpwstr>
  </property>
  <property fmtid="{D5CDD505-2E9C-101B-9397-08002B2CF9AE}" pid="4" name="MSIP_Label_fb8a1639-3329-478b-9101-049508f28f31_Method">
    <vt:lpwstr>Privileged</vt:lpwstr>
  </property>
  <property fmtid="{D5CDD505-2E9C-101B-9397-08002B2CF9AE}" pid="5" name="MSIP_Label_fb8a1639-3329-478b-9101-049508f28f31_Name">
    <vt:lpwstr>General</vt:lpwstr>
  </property>
  <property fmtid="{D5CDD505-2E9C-101B-9397-08002B2CF9AE}" pid="6" name="MSIP_Label_fb8a1639-3329-478b-9101-049508f28f31_SiteId">
    <vt:lpwstr>fb3623fd-688b-41e6-af43-5b6af6eecedc</vt:lpwstr>
  </property>
  <property fmtid="{D5CDD505-2E9C-101B-9397-08002B2CF9AE}" pid="7" name="MSIP_Label_fb8a1639-3329-478b-9101-049508f28f31_ActionId">
    <vt:lpwstr>99d684e3-ef73-4f2a-a8a3-b2cf11aa0e17</vt:lpwstr>
  </property>
  <property fmtid="{D5CDD505-2E9C-101B-9397-08002B2CF9AE}" pid="8" name="MSIP_Label_fb8a1639-3329-478b-9101-049508f28f31_ContentBits">
    <vt:lpwstr>0</vt:lpwstr>
  </property>
  <property fmtid="{D5CDD505-2E9C-101B-9397-08002B2CF9AE}" pid="9" name="MSIP_Label_fb8a1639-3329-478b-9101-049508f28f31_Tag">
    <vt:lpwstr>10, 0, 1, 1</vt:lpwstr>
  </property>
  <property fmtid="{D5CDD505-2E9C-101B-9397-08002B2CF9AE}" pid="10" name="MSIP_Label_d8a60473-494b-4586-a1bb-b0e663054676_Enabled">
    <vt:lpwstr>true</vt:lpwstr>
  </property>
  <property fmtid="{D5CDD505-2E9C-101B-9397-08002B2CF9AE}" pid="11" name="MSIP_Label_d8a60473-494b-4586-a1bb-b0e663054676_SetDate">
    <vt:lpwstr>2026-08-04T13:08:32Z</vt:lpwstr>
  </property>
  <property fmtid="{D5CDD505-2E9C-101B-9397-08002B2CF9AE}" pid="12" name="MSIP_Label_d8a60473-494b-4586-a1bb-b0e663054676_Method">
    <vt:lpwstr>Privileged</vt:lpwstr>
  </property>
  <property fmtid="{D5CDD505-2E9C-101B-9397-08002B2CF9AE}" pid="13" name="MSIP_Label_d8a60473-494b-4586-a1bb-b0e663054676_Name">
    <vt:lpwstr>MOD-1-O-‘UNMARKED’</vt:lpwstr>
  </property>
  <property fmtid="{D5CDD505-2E9C-101B-9397-08002B2CF9AE}" pid="14" name="MSIP_Label_d8a60473-494b-4586-a1bb-b0e663054676_SiteId">
    <vt:lpwstr>be7760ed-5953-484b-ae95-d0a16dfa09e5</vt:lpwstr>
  </property>
  <property fmtid="{D5CDD505-2E9C-101B-9397-08002B2CF9AE}" pid="15" name="MSIP_Label_d8a60473-494b-4586-a1bb-b0e663054676_ActionId">
    <vt:lpwstr>8aa28193-4a45-4796-bfea-68bed0c4de25</vt:lpwstr>
  </property>
  <property fmtid="{D5CDD505-2E9C-101B-9397-08002B2CF9AE}" pid="16" name="MSIP_Label_d8a60473-494b-4586-a1bb-b0e663054676_ContentBits">
    <vt:lpwstr>0</vt:lpwstr>
  </property>
  <property fmtid="{D5CDD505-2E9C-101B-9397-08002B2CF9AE}" pid="17" name="MSIP_Label_d8a60473-494b-4586-a1bb-b0e663054676_Tag">
    <vt:lpwstr>10, 0, 1, 1</vt:lpwstr>
  </property>
  <property fmtid="{D5CDD505-2E9C-101B-9397-08002B2CF9AE}" pid="18" name="ContentTypeId">
    <vt:lpwstr>0x01010081C7788A00BC7D41A397B688D9A3E4C5</vt:lpwstr>
  </property>
  <property fmtid="{D5CDD505-2E9C-101B-9397-08002B2CF9AE}" pid="19" name="MediaServiceImageTags">
    <vt:lpwstr/>
  </property>
</Properties>
</file>